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9B3DD" w14:textId="77777777" w:rsidR="003538B4" w:rsidRDefault="005E2836">
      <w:pPr>
        <w:spacing w:after="160"/>
        <w:jc w:val="center"/>
      </w:pPr>
      <w:r>
        <w:rPr>
          <w:b/>
          <w:sz w:val="28"/>
          <w:u w:val="single"/>
        </w:rPr>
        <w:t>GCSE Business Audit – for Year 11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18"/>
        <w:gridCol w:w="6071"/>
        <w:gridCol w:w="991"/>
        <w:gridCol w:w="849"/>
        <w:gridCol w:w="850"/>
      </w:tblGrid>
      <w:tr w:rsidR="003538B4" w14:paraId="317E3D32" w14:textId="77777777">
        <w:trPr>
          <w:cantSplit/>
          <w:jc w:val="center"/>
        </w:trPr>
        <w:tc>
          <w:tcPr>
            <w:tcW w:w="10479" w:type="dxa"/>
            <w:gridSpan w:val="5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EA600ED" w14:textId="22B25323" w:rsidR="003538B4" w:rsidRDefault="006131F2">
            <w:pPr>
              <w:jc w:val="center"/>
            </w:pPr>
            <w:r>
              <w:rPr>
                <w:b/>
                <w:sz w:val="28"/>
              </w:rPr>
              <w:t>3.6</w:t>
            </w:r>
            <w:r w:rsidR="005E2836">
              <w:rPr>
                <w:b/>
                <w:sz w:val="28"/>
              </w:rPr>
              <w:t>: Finance</w:t>
            </w:r>
          </w:p>
        </w:tc>
      </w:tr>
      <w:tr w:rsidR="003538B4" w14:paraId="0543BC18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FE6A60" w14:textId="77777777" w:rsidR="003538B4" w:rsidRDefault="005E2836">
            <w:r>
              <w:t>Unit Title:</w:t>
            </w:r>
          </w:p>
        </w:tc>
      </w:tr>
      <w:tr w:rsidR="003538B4" w14:paraId="4FA212B6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293A8AF" w14:textId="77777777" w:rsidR="003538B4" w:rsidRDefault="005E2836">
            <w:r>
              <w:rPr>
                <w:b/>
              </w:rPr>
              <w:t>Sources of finance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BAEB62" w14:textId="77777777" w:rsidR="003538B4" w:rsidRDefault="005E2836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Bank loan, Family and friends, Government grant, Hire purchase, Mortgage, New share issue, Overdraft, Retained profit, Selling unwanted assets, Source of finance &amp; Trade credit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EE4F614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C1313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E88C2B3" w14:textId="77777777" w:rsidR="003538B4" w:rsidRDefault="003538B4"/>
        </w:tc>
      </w:tr>
      <w:tr w:rsidR="003538B4" w14:paraId="76C54A60" w14:textId="77777777">
        <w:trPr>
          <w:cantSplit/>
          <w:jc w:val="center"/>
        </w:trPr>
        <w:tc>
          <w:tcPr>
            <w:tcW w:w="1718" w:type="dxa"/>
            <w:vMerge/>
          </w:tcPr>
          <w:p w14:paraId="17B4A71D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87BB298" w14:textId="77777777" w:rsidR="003538B4" w:rsidRDefault="005E2836">
            <w:r>
              <w:t>The main internal and external sources of finance available to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C7F2765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5170DAF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74AAB2" w14:textId="77777777" w:rsidR="003538B4" w:rsidRDefault="003538B4"/>
        </w:tc>
      </w:tr>
      <w:tr w:rsidR="003538B4" w14:paraId="12AC8814" w14:textId="77777777">
        <w:trPr>
          <w:cantSplit/>
          <w:jc w:val="center"/>
        </w:trPr>
        <w:tc>
          <w:tcPr>
            <w:tcW w:w="1718" w:type="dxa"/>
            <w:vMerge/>
          </w:tcPr>
          <w:p w14:paraId="09C32B4E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610E81" w14:textId="77777777" w:rsidR="003538B4" w:rsidRDefault="005E2836">
            <w:r>
              <w:t>The advantages and disadvantages of family and friends as a source of finance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976230F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42BD92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135A94B" w14:textId="77777777" w:rsidR="003538B4" w:rsidRDefault="003538B4"/>
        </w:tc>
      </w:tr>
      <w:tr w:rsidR="003538B4" w14:paraId="132F6F50" w14:textId="77777777">
        <w:trPr>
          <w:cantSplit/>
          <w:jc w:val="center"/>
        </w:trPr>
        <w:tc>
          <w:tcPr>
            <w:tcW w:w="1718" w:type="dxa"/>
            <w:vMerge/>
          </w:tcPr>
          <w:p w14:paraId="7FED14F8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4A66A7" w14:textId="77777777" w:rsidR="003538B4" w:rsidRDefault="005E2836">
            <w:r>
              <w:t>The advantages and disadvantages of retained profit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50F88C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75BF193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4F384A" w14:textId="77777777" w:rsidR="003538B4" w:rsidRDefault="003538B4"/>
        </w:tc>
      </w:tr>
      <w:tr w:rsidR="003538B4" w14:paraId="562F87BF" w14:textId="77777777">
        <w:trPr>
          <w:cantSplit/>
          <w:jc w:val="center"/>
        </w:trPr>
        <w:tc>
          <w:tcPr>
            <w:tcW w:w="1718" w:type="dxa"/>
            <w:vMerge/>
          </w:tcPr>
          <w:p w14:paraId="1DCE106E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5590091" w14:textId="77777777" w:rsidR="003538B4" w:rsidRDefault="005E2836">
            <w:r>
              <w:t>The advantages and disadvantages of a new share issue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775B6B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7FB002B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426BD4" w14:textId="77777777" w:rsidR="003538B4" w:rsidRDefault="003538B4"/>
        </w:tc>
      </w:tr>
      <w:tr w:rsidR="003538B4" w14:paraId="59313A55" w14:textId="77777777">
        <w:trPr>
          <w:cantSplit/>
          <w:jc w:val="center"/>
        </w:trPr>
        <w:tc>
          <w:tcPr>
            <w:tcW w:w="1718" w:type="dxa"/>
            <w:vMerge/>
          </w:tcPr>
          <w:p w14:paraId="78777B3B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ABF8644" w14:textId="77777777" w:rsidR="003538B4" w:rsidRDefault="005E2836">
            <w:r>
              <w:t>The advantages and disadvantages of loans and mortgages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08E8DAF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DE4825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582778D" w14:textId="77777777" w:rsidR="003538B4" w:rsidRDefault="003538B4"/>
        </w:tc>
      </w:tr>
      <w:tr w:rsidR="003538B4" w14:paraId="1B7D189E" w14:textId="77777777">
        <w:trPr>
          <w:cantSplit/>
          <w:jc w:val="center"/>
        </w:trPr>
        <w:tc>
          <w:tcPr>
            <w:tcW w:w="1718" w:type="dxa"/>
            <w:vMerge/>
          </w:tcPr>
          <w:p w14:paraId="5097AE1D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5FF6334" w14:textId="77777777" w:rsidR="003538B4" w:rsidRDefault="005E2836">
            <w:r>
              <w:t>The advantages and disadvantages of selling unwanted assets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8DA579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211D5CC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43A77D" w14:textId="77777777" w:rsidR="003538B4" w:rsidRDefault="003538B4"/>
        </w:tc>
      </w:tr>
      <w:tr w:rsidR="003538B4" w14:paraId="5530FE4E" w14:textId="77777777">
        <w:trPr>
          <w:cantSplit/>
          <w:jc w:val="center"/>
        </w:trPr>
        <w:tc>
          <w:tcPr>
            <w:tcW w:w="1718" w:type="dxa"/>
            <w:vMerge/>
          </w:tcPr>
          <w:p w14:paraId="29262456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4CADC1" w14:textId="77777777" w:rsidR="003538B4" w:rsidRDefault="005E2836">
            <w:r>
              <w:t>The advantages and disadvantages of overdrafts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3B29148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47C2FF4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B487157" w14:textId="77777777" w:rsidR="003538B4" w:rsidRDefault="003538B4"/>
        </w:tc>
      </w:tr>
      <w:tr w:rsidR="003538B4" w14:paraId="762FFFF3" w14:textId="77777777">
        <w:trPr>
          <w:cantSplit/>
          <w:jc w:val="center"/>
        </w:trPr>
        <w:tc>
          <w:tcPr>
            <w:tcW w:w="1718" w:type="dxa"/>
            <w:vMerge/>
          </w:tcPr>
          <w:p w14:paraId="5398DF29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AB60628" w14:textId="77777777" w:rsidR="003538B4" w:rsidRDefault="005E2836">
            <w:r>
              <w:t>The advantages and disadvantages of trade credit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416F357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821D09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A0A03C" w14:textId="77777777" w:rsidR="003538B4" w:rsidRDefault="003538B4"/>
        </w:tc>
      </w:tr>
      <w:tr w:rsidR="003538B4" w14:paraId="2005CFAE" w14:textId="77777777">
        <w:trPr>
          <w:cantSplit/>
          <w:jc w:val="center"/>
        </w:trPr>
        <w:tc>
          <w:tcPr>
            <w:tcW w:w="1718" w:type="dxa"/>
            <w:vMerge/>
          </w:tcPr>
          <w:p w14:paraId="2A7B0B88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D763CCB" w14:textId="77777777" w:rsidR="003538B4" w:rsidRDefault="005E2836">
            <w:r>
              <w:t>The advantages and disadvantages of hire purchase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071029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603DB9F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0D3DBA" w14:textId="77777777" w:rsidR="003538B4" w:rsidRDefault="003538B4"/>
        </w:tc>
      </w:tr>
      <w:tr w:rsidR="003538B4" w14:paraId="2EA4CDE3" w14:textId="77777777">
        <w:trPr>
          <w:cantSplit/>
          <w:jc w:val="center"/>
        </w:trPr>
        <w:tc>
          <w:tcPr>
            <w:tcW w:w="1718" w:type="dxa"/>
            <w:vMerge/>
          </w:tcPr>
          <w:p w14:paraId="19FD0827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2E6DA7" w14:textId="77777777" w:rsidR="003538B4" w:rsidRDefault="005E2836">
            <w:r>
              <w:t>The advantages and disadvantages of government grants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F315CF5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C8132D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D94559A" w14:textId="77777777" w:rsidR="003538B4" w:rsidRDefault="003538B4"/>
        </w:tc>
      </w:tr>
      <w:tr w:rsidR="003538B4" w14:paraId="77628805" w14:textId="77777777">
        <w:trPr>
          <w:cantSplit/>
          <w:jc w:val="center"/>
        </w:trPr>
        <w:tc>
          <w:tcPr>
            <w:tcW w:w="1718" w:type="dxa"/>
            <w:vMerge/>
          </w:tcPr>
          <w:p w14:paraId="037B483F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B8F5701" w14:textId="77777777" w:rsidR="003538B4" w:rsidRDefault="005E2836">
            <w:r>
              <w:t>How to evaluate the suitability of sources of finance for new and established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5098B18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A29E75E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49DDE36" w14:textId="77777777" w:rsidR="003538B4" w:rsidRDefault="003538B4"/>
        </w:tc>
      </w:tr>
      <w:tr w:rsidR="003538B4" w14:paraId="68B0A342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A090FD2" w14:textId="77777777" w:rsidR="003538B4" w:rsidRDefault="005E2836">
            <w:r>
              <w:t>Unit Title:</w:t>
            </w:r>
          </w:p>
        </w:tc>
      </w:tr>
      <w:tr w:rsidR="003538B4" w14:paraId="6AC2D2A7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740F1D" w14:textId="77777777" w:rsidR="003538B4" w:rsidRDefault="005E2836">
            <w:r>
              <w:rPr>
                <w:b/>
              </w:rPr>
              <w:t>Cash flow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74BA35" w14:textId="77777777" w:rsidR="003538B4" w:rsidRDefault="005E2836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Cash, Cash flow forecast, Cash inflow, Cash outflow, Closing balance, Liquidity, Net cash flow, Opening balance &amp; Profit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184198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9942DA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2A68ED9" w14:textId="77777777" w:rsidR="003538B4" w:rsidRDefault="003538B4"/>
        </w:tc>
      </w:tr>
      <w:tr w:rsidR="003538B4" w14:paraId="42C4BAB3" w14:textId="77777777">
        <w:trPr>
          <w:cantSplit/>
          <w:jc w:val="center"/>
        </w:trPr>
        <w:tc>
          <w:tcPr>
            <w:tcW w:w="1718" w:type="dxa"/>
            <w:vMerge/>
          </w:tcPr>
          <w:p w14:paraId="4F1836DF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FDD98F" w14:textId="77777777" w:rsidR="003538B4" w:rsidRDefault="005E2836">
            <w:r>
              <w:t>The importance of cash to a business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9026E8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43151C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19E074" w14:textId="77777777" w:rsidR="003538B4" w:rsidRDefault="003538B4"/>
        </w:tc>
      </w:tr>
      <w:tr w:rsidR="003538B4" w14:paraId="64CB35FD" w14:textId="77777777">
        <w:trPr>
          <w:cantSplit/>
          <w:jc w:val="center"/>
        </w:trPr>
        <w:tc>
          <w:tcPr>
            <w:tcW w:w="1718" w:type="dxa"/>
            <w:vMerge/>
          </w:tcPr>
          <w:p w14:paraId="103B48E9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D68CAFD" w14:textId="77777777" w:rsidR="003538B4" w:rsidRDefault="005E2836">
            <w:r>
              <w:t>The consequences of cash flow problems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403C87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35EE11B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9EEAF63" w14:textId="77777777" w:rsidR="003538B4" w:rsidRDefault="003538B4"/>
        </w:tc>
      </w:tr>
      <w:tr w:rsidR="003538B4" w14:paraId="501D93F3" w14:textId="77777777">
        <w:trPr>
          <w:cantSplit/>
          <w:jc w:val="center"/>
        </w:trPr>
        <w:tc>
          <w:tcPr>
            <w:tcW w:w="1718" w:type="dxa"/>
            <w:vMerge/>
          </w:tcPr>
          <w:p w14:paraId="62E3209F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675B50" w14:textId="77777777" w:rsidR="003538B4" w:rsidRDefault="005E2836">
            <w:r>
              <w:t>The effect of positive cash flow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E26E6F4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76DEC7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4D64B7" w14:textId="77777777" w:rsidR="003538B4" w:rsidRDefault="003538B4"/>
        </w:tc>
      </w:tr>
      <w:tr w:rsidR="003538B4" w14:paraId="32D5ACDE" w14:textId="77777777">
        <w:trPr>
          <w:cantSplit/>
          <w:jc w:val="center"/>
        </w:trPr>
        <w:tc>
          <w:tcPr>
            <w:tcW w:w="1718" w:type="dxa"/>
            <w:vMerge/>
          </w:tcPr>
          <w:p w14:paraId="19C1B875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CE188D" w14:textId="77777777" w:rsidR="003538B4" w:rsidRDefault="005E2836">
            <w:r>
              <w:t>How and why cash flow forecasts are constructed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890ADF7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16EC747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1DFD405" w14:textId="77777777" w:rsidR="003538B4" w:rsidRDefault="003538B4"/>
        </w:tc>
      </w:tr>
      <w:tr w:rsidR="003538B4" w14:paraId="2550E9D3" w14:textId="77777777">
        <w:trPr>
          <w:cantSplit/>
          <w:jc w:val="center"/>
        </w:trPr>
        <w:tc>
          <w:tcPr>
            <w:tcW w:w="1718" w:type="dxa"/>
            <w:vMerge/>
          </w:tcPr>
          <w:p w14:paraId="4A558D99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261553" w14:textId="77777777" w:rsidR="003538B4" w:rsidRDefault="005E2836">
            <w:r>
              <w:t>How to complete and interpret sections of a cash flow forecast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0CFCD4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44C052B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36F0649" w14:textId="77777777" w:rsidR="003538B4" w:rsidRDefault="003538B4"/>
        </w:tc>
      </w:tr>
      <w:tr w:rsidR="003538B4" w14:paraId="09253F33" w14:textId="77777777">
        <w:trPr>
          <w:cantSplit/>
          <w:jc w:val="center"/>
        </w:trPr>
        <w:tc>
          <w:tcPr>
            <w:tcW w:w="1718" w:type="dxa"/>
            <w:vMerge/>
          </w:tcPr>
          <w:p w14:paraId="2C270C2F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10B3A51" w14:textId="77777777" w:rsidR="003538B4" w:rsidRDefault="005E2836">
            <w:r>
              <w:t>The meaning of cash inflows and cash outflows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C92E0F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F8E05E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CC47E12" w14:textId="77777777" w:rsidR="003538B4" w:rsidRDefault="003538B4"/>
        </w:tc>
      </w:tr>
      <w:tr w:rsidR="003538B4" w14:paraId="6A580C61" w14:textId="77777777">
        <w:trPr>
          <w:cantSplit/>
          <w:jc w:val="center"/>
        </w:trPr>
        <w:tc>
          <w:tcPr>
            <w:tcW w:w="1718" w:type="dxa"/>
            <w:vMerge/>
          </w:tcPr>
          <w:p w14:paraId="74F64604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E8F407" w14:textId="77777777" w:rsidR="003538B4" w:rsidRDefault="005E2836">
            <w:r>
              <w:t>How to calculate net cash flow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1E66BA9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FBD184D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459F6A5" w14:textId="77777777" w:rsidR="003538B4" w:rsidRDefault="003538B4"/>
        </w:tc>
      </w:tr>
      <w:tr w:rsidR="003538B4" w14:paraId="1BD10581" w14:textId="77777777">
        <w:trPr>
          <w:cantSplit/>
          <w:jc w:val="center"/>
        </w:trPr>
        <w:tc>
          <w:tcPr>
            <w:tcW w:w="1718" w:type="dxa"/>
            <w:vMerge/>
          </w:tcPr>
          <w:p w14:paraId="4EDFC96B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3EE216" w14:textId="77777777" w:rsidR="003538B4" w:rsidRDefault="005E2836">
            <w:r>
              <w:t>How to calculate opening and closing balances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746C7D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272D30C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A1752D1" w14:textId="77777777" w:rsidR="003538B4" w:rsidRDefault="003538B4"/>
        </w:tc>
      </w:tr>
      <w:tr w:rsidR="003538B4" w14:paraId="00C3E8D4" w14:textId="77777777">
        <w:trPr>
          <w:cantSplit/>
          <w:jc w:val="center"/>
        </w:trPr>
        <w:tc>
          <w:tcPr>
            <w:tcW w:w="1718" w:type="dxa"/>
            <w:vMerge/>
          </w:tcPr>
          <w:p w14:paraId="3CCCD6B8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95614CE" w14:textId="77777777" w:rsidR="003538B4" w:rsidRDefault="005E2836">
            <w:r>
              <w:t>The difference between cash and profit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668F303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3F7B34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664DCF" w14:textId="77777777" w:rsidR="003538B4" w:rsidRDefault="003538B4"/>
        </w:tc>
      </w:tr>
      <w:tr w:rsidR="003538B4" w14:paraId="4509F340" w14:textId="77777777">
        <w:trPr>
          <w:cantSplit/>
          <w:jc w:val="center"/>
        </w:trPr>
        <w:tc>
          <w:tcPr>
            <w:tcW w:w="1718" w:type="dxa"/>
            <w:vMerge/>
          </w:tcPr>
          <w:p w14:paraId="76C7AC55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52B363C" w14:textId="77777777" w:rsidR="003538B4" w:rsidRDefault="005E2836">
            <w:r>
              <w:t>How to evaluate solutions to cash flow problems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CC7CD4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DDB378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43AF65B" w14:textId="77777777" w:rsidR="003538B4" w:rsidRDefault="003538B4"/>
        </w:tc>
      </w:tr>
      <w:tr w:rsidR="003538B4" w14:paraId="202BA7ED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C5B133" w14:textId="77777777" w:rsidR="003538B4" w:rsidRDefault="005E2836">
            <w:r>
              <w:t>Unit Title:</w:t>
            </w:r>
          </w:p>
        </w:tc>
      </w:tr>
      <w:tr w:rsidR="003538B4" w14:paraId="0BD53B5F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D603FE" w14:textId="77777777" w:rsidR="003538B4" w:rsidRDefault="005E2836">
            <w:r>
              <w:rPr>
                <w:b/>
              </w:rPr>
              <w:lastRenderedPageBreak/>
              <w:t>Financial terms and calculations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63F965" w14:textId="77777777" w:rsidR="003538B4" w:rsidRDefault="005E2836">
            <w:r>
              <w:rPr>
                <w:b/>
              </w:rPr>
              <w:t>Key Terms:</w:t>
            </w:r>
            <w:r>
              <w:rPr>
                <w:b/>
              </w:rPr>
              <w:br/>
              <w:t>Average rate of return, Break-even chart, Break-even output, Cost, Fixed costs, Investment, Loss, Margin of safety, Profit, Revenue, Total costs &amp; Variable costs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C637488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E7A3AE8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232A449" w14:textId="77777777" w:rsidR="003538B4" w:rsidRDefault="003538B4"/>
        </w:tc>
      </w:tr>
      <w:tr w:rsidR="003538B4" w14:paraId="7F457718" w14:textId="77777777">
        <w:trPr>
          <w:cantSplit/>
          <w:jc w:val="center"/>
        </w:trPr>
        <w:tc>
          <w:tcPr>
            <w:tcW w:w="1718" w:type="dxa"/>
            <w:vMerge/>
          </w:tcPr>
          <w:p w14:paraId="0E535D7E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36642B" w14:textId="77777777" w:rsidR="003538B4" w:rsidRDefault="005E2836">
            <w:r>
              <w:t>The difference between variable, fixed and total costs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4ADA4B4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4947A7D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F2BD2DE" w14:textId="77777777" w:rsidR="003538B4" w:rsidRDefault="003538B4"/>
        </w:tc>
      </w:tr>
      <w:tr w:rsidR="003538B4" w14:paraId="3BAC87C1" w14:textId="77777777">
        <w:trPr>
          <w:cantSplit/>
          <w:jc w:val="center"/>
        </w:trPr>
        <w:tc>
          <w:tcPr>
            <w:tcW w:w="1718" w:type="dxa"/>
            <w:vMerge/>
          </w:tcPr>
          <w:p w14:paraId="26F6DC04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7634883" w14:textId="77777777" w:rsidR="003538B4" w:rsidRDefault="005E2836">
            <w:r>
              <w:t>The meaning of revenue, costs, profit and loss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6E1B93B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C8BFEFF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1C2726D" w14:textId="77777777" w:rsidR="003538B4" w:rsidRDefault="003538B4"/>
        </w:tc>
      </w:tr>
      <w:tr w:rsidR="003538B4" w14:paraId="3C67DFBB" w14:textId="77777777">
        <w:trPr>
          <w:cantSplit/>
          <w:jc w:val="center"/>
        </w:trPr>
        <w:tc>
          <w:tcPr>
            <w:tcW w:w="1718" w:type="dxa"/>
            <w:vMerge/>
          </w:tcPr>
          <w:p w14:paraId="64E0CDE1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47179E" w14:textId="77777777" w:rsidR="003538B4" w:rsidRDefault="005E2836">
            <w:r>
              <w:t>The main investment projects businesses undertake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561CAF0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3B3180E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8AE93C5" w14:textId="77777777" w:rsidR="003538B4" w:rsidRDefault="003538B4"/>
        </w:tc>
      </w:tr>
      <w:tr w:rsidR="003538B4" w14:paraId="5BE3ECCF" w14:textId="77777777">
        <w:trPr>
          <w:cantSplit/>
          <w:jc w:val="center"/>
        </w:trPr>
        <w:tc>
          <w:tcPr>
            <w:tcW w:w="1718" w:type="dxa"/>
            <w:vMerge/>
          </w:tcPr>
          <w:p w14:paraId="77FEE9BD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59EB94" w14:textId="77777777" w:rsidR="003538B4" w:rsidRDefault="005E2836">
            <w:r>
              <w:t>How to calculate and interpret average rate of return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AF403D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405C32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1DC38E" w14:textId="77777777" w:rsidR="003538B4" w:rsidRDefault="003538B4"/>
        </w:tc>
      </w:tr>
      <w:tr w:rsidR="003538B4" w14:paraId="3445ECD7" w14:textId="77777777">
        <w:trPr>
          <w:cantSplit/>
          <w:jc w:val="center"/>
        </w:trPr>
        <w:tc>
          <w:tcPr>
            <w:tcW w:w="1718" w:type="dxa"/>
            <w:vMerge/>
          </w:tcPr>
          <w:p w14:paraId="5200B350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EBF666" w14:textId="77777777" w:rsidR="003538B4" w:rsidRDefault="005E2836">
            <w:r>
              <w:t>The meaning of break-even output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A58AE4E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239491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075B4A" w14:textId="77777777" w:rsidR="003538B4" w:rsidRDefault="003538B4"/>
        </w:tc>
      </w:tr>
      <w:tr w:rsidR="003538B4" w14:paraId="486B7A97" w14:textId="77777777">
        <w:trPr>
          <w:cantSplit/>
          <w:jc w:val="center"/>
        </w:trPr>
        <w:tc>
          <w:tcPr>
            <w:tcW w:w="1718" w:type="dxa"/>
            <w:vMerge/>
          </w:tcPr>
          <w:p w14:paraId="799BCE77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94CADAE" w14:textId="77777777" w:rsidR="003538B4" w:rsidRDefault="005E2836">
            <w:r>
              <w:t>How to interpret a break-even chart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DAFCF31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CAC629F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C501CBF" w14:textId="77777777" w:rsidR="003538B4" w:rsidRDefault="003538B4"/>
        </w:tc>
      </w:tr>
      <w:tr w:rsidR="003538B4" w14:paraId="20E17CC9" w14:textId="77777777">
        <w:trPr>
          <w:cantSplit/>
          <w:jc w:val="center"/>
        </w:trPr>
        <w:tc>
          <w:tcPr>
            <w:tcW w:w="1718" w:type="dxa"/>
            <w:vMerge/>
          </w:tcPr>
          <w:p w14:paraId="5E4ADD54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919BD9F" w14:textId="77777777" w:rsidR="003538B4" w:rsidRDefault="005E2836">
            <w:r>
              <w:t>How to identify the break-even level of output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B8C825B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871D82B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27EADE2" w14:textId="77777777" w:rsidR="003538B4" w:rsidRDefault="003538B4"/>
        </w:tc>
      </w:tr>
      <w:tr w:rsidR="003538B4" w14:paraId="2C0AD60D" w14:textId="77777777">
        <w:trPr>
          <w:cantSplit/>
          <w:jc w:val="center"/>
        </w:trPr>
        <w:tc>
          <w:tcPr>
            <w:tcW w:w="1718" w:type="dxa"/>
            <w:vMerge/>
          </w:tcPr>
          <w:p w14:paraId="057D0204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C30283" w14:textId="77777777" w:rsidR="003538B4" w:rsidRDefault="005E2836">
            <w:r>
              <w:t>How to identify and interpret the margin of safety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4411C2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16A4C3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5F9D270" w14:textId="77777777" w:rsidR="003538B4" w:rsidRDefault="003538B4"/>
        </w:tc>
      </w:tr>
      <w:tr w:rsidR="003538B4" w14:paraId="12E3A318" w14:textId="77777777">
        <w:trPr>
          <w:cantSplit/>
          <w:jc w:val="center"/>
        </w:trPr>
        <w:tc>
          <w:tcPr>
            <w:tcW w:w="1718" w:type="dxa"/>
            <w:vMerge/>
          </w:tcPr>
          <w:p w14:paraId="36C26F83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C3CD6AB" w14:textId="77777777" w:rsidR="003538B4" w:rsidRDefault="005E2836">
            <w:r>
              <w:t>The value and limitations of break-even analysis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045569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4D5737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C17AA0D" w14:textId="77777777" w:rsidR="003538B4" w:rsidRDefault="003538B4"/>
        </w:tc>
      </w:tr>
      <w:tr w:rsidR="003538B4" w14:paraId="5F8D21FA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1F4988D" w14:textId="77777777" w:rsidR="003538B4" w:rsidRDefault="005E2836">
            <w:r>
              <w:t>Unit Title:</w:t>
            </w:r>
          </w:p>
        </w:tc>
      </w:tr>
      <w:tr w:rsidR="003538B4" w14:paraId="62EEE1BD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45D5BF8" w14:textId="77777777" w:rsidR="003538B4" w:rsidRDefault="005E2836">
            <w:r>
              <w:rPr>
                <w:b/>
              </w:rPr>
              <w:t>Analysing the financial performance of a business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9E255D" w14:textId="77777777" w:rsidR="003538B4" w:rsidRDefault="005E2836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Asset, Current assets, Current liabilities, Gross profit, Gross profit margin, Income statement, Liability, Net profit, Net profit margin, Non-current assets &amp; Statement of financial position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A0C4CAE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4E69EA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E606426" w14:textId="77777777" w:rsidR="003538B4" w:rsidRDefault="003538B4"/>
        </w:tc>
      </w:tr>
      <w:tr w:rsidR="003538B4" w14:paraId="29A2699E" w14:textId="77777777">
        <w:trPr>
          <w:cantSplit/>
          <w:jc w:val="center"/>
        </w:trPr>
        <w:tc>
          <w:tcPr>
            <w:tcW w:w="1718" w:type="dxa"/>
            <w:vMerge/>
          </w:tcPr>
          <w:p w14:paraId="01570AFF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4D8B5E" w14:textId="77777777" w:rsidR="003538B4" w:rsidRDefault="005E2836">
            <w:r>
              <w:t>The purpose of financial statements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E84780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0BE13C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CCA353" w14:textId="77777777" w:rsidR="003538B4" w:rsidRDefault="003538B4"/>
        </w:tc>
      </w:tr>
      <w:tr w:rsidR="003538B4" w14:paraId="302BD0DC" w14:textId="77777777">
        <w:trPr>
          <w:cantSplit/>
          <w:jc w:val="center"/>
        </w:trPr>
        <w:tc>
          <w:tcPr>
            <w:tcW w:w="1718" w:type="dxa"/>
            <w:vMerge/>
          </w:tcPr>
          <w:p w14:paraId="56BA8A4B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D584C6B" w14:textId="77777777" w:rsidR="003538B4" w:rsidRDefault="005E2836">
            <w:r>
              <w:t>The importance of financial statements for assessing performance and decision making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78714C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9F54F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D8A5D58" w14:textId="77777777" w:rsidR="003538B4" w:rsidRDefault="003538B4"/>
        </w:tc>
      </w:tr>
      <w:tr w:rsidR="003538B4" w14:paraId="74D24A71" w14:textId="77777777">
        <w:trPr>
          <w:cantSplit/>
          <w:jc w:val="center"/>
        </w:trPr>
        <w:tc>
          <w:tcPr>
            <w:tcW w:w="1718" w:type="dxa"/>
            <w:vMerge/>
          </w:tcPr>
          <w:p w14:paraId="1BF8643C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32A233F" w14:textId="77777777" w:rsidR="003538B4" w:rsidRDefault="005E2836">
            <w:r>
              <w:t>The main components of an income statement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296EC60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2F6D31A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20D5713" w14:textId="77777777" w:rsidR="003538B4" w:rsidRDefault="003538B4"/>
        </w:tc>
      </w:tr>
      <w:tr w:rsidR="003538B4" w14:paraId="24EDA7BE" w14:textId="77777777">
        <w:trPr>
          <w:cantSplit/>
          <w:jc w:val="center"/>
        </w:trPr>
        <w:tc>
          <w:tcPr>
            <w:tcW w:w="1718" w:type="dxa"/>
            <w:vMerge/>
          </w:tcPr>
          <w:p w14:paraId="427EC963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500AA04" w14:textId="77777777" w:rsidR="003538B4" w:rsidRDefault="005E2836">
            <w:r>
              <w:t>The main components of a statement of financial position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872721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CF5085C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4E966D" w14:textId="77777777" w:rsidR="003538B4" w:rsidRDefault="003538B4"/>
        </w:tc>
      </w:tr>
      <w:tr w:rsidR="003538B4" w14:paraId="34FDCC51" w14:textId="77777777">
        <w:trPr>
          <w:cantSplit/>
          <w:jc w:val="center"/>
        </w:trPr>
        <w:tc>
          <w:tcPr>
            <w:tcW w:w="1718" w:type="dxa"/>
            <w:vMerge/>
          </w:tcPr>
          <w:p w14:paraId="4C48FD30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25FA1F" w14:textId="77777777" w:rsidR="003538B4" w:rsidRDefault="005E2836">
            <w:r>
              <w:t>The difference between assets and liabilities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6F94F60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670717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C87E8E0" w14:textId="77777777" w:rsidR="003538B4" w:rsidRDefault="003538B4"/>
        </w:tc>
      </w:tr>
      <w:tr w:rsidR="003538B4" w14:paraId="0ABD322D" w14:textId="77777777">
        <w:trPr>
          <w:cantSplit/>
          <w:jc w:val="center"/>
        </w:trPr>
        <w:tc>
          <w:tcPr>
            <w:tcW w:w="1718" w:type="dxa"/>
            <w:vMerge/>
          </w:tcPr>
          <w:p w14:paraId="07940B7B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892F2C" w14:textId="77777777" w:rsidR="003538B4" w:rsidRDefault="005E2836">
            <w:r>
              <w:t>Why a statement of financial position is a snapshot in time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AE37B63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401349E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D4C7F51" w14:textId="77777777" w:rsidR="003538B4" w:rsidRDefault="003538B4"/>
        </w:tc>
      </w:tr>
      <w:tr w:rsidR="003538B4" w14:paraId="3E35D3CD" w14:textId="77777777">
        <w:trPr>
          <w:cantSplit/>
          <w:jc w:val="center"/>
        </w:trPr>
        <w:tc>
          <w:tcPr>
            <w:tcW w:w="1718" w:type="dxa"/>
            <w:vMerge/>
          </w:tcPr>
          <w:p w14:paraId="173AA378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F9DF222" w14:textId="77777777" w:rsidR="003538B4" w:rsidRDefault="005E2836">
            <w:r>
              <w:t>How to interpret information in income statements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5EDD64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601367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BD53A98" w14:textId="77777777" w:rsidR="003538B4" w:rsidRDefault="003538B4"/>
        </w:tc>
      </w:tr>
      <w:tr w:rsidR="003538B4" w14:paraId="640E01F8" w14:textId="77777777">
        <w:trPr>
          <w:cantSplit/>
          <w:jc w:val="center"/>
        </w:trPr>
        <w:tc>
          <w:tcPr>
            <w:tcW w:w="1718" w:type="dxa"/>
            <w:vMerge/>
          </w:tcPr>
          <w:p w14:paraId="320B3F9B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493F8DE" w14:textId="77777777" w:rsidR="003538B4" w:rsidRDefault="005E2836">
            <w:r>
              <w:t>How to judge performance against previous years and competitors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BBF5B80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262B46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56D3F3" w14:textId="77777777" w:rsidR="003538B4" w:rsidRDefault="003538B4"/>
        </w:tc>
      </w:tr>
      <w:tr w:rsidR="003538B4" w14:paraId="72864D48" w14:textId="77777777">
        <w:trPr>
          <w:cantSplit/>
          <w:jc w:val="center"/>
        </w:trPr>
        <w:tc>
          <w:tcPr>
            <w:tcW w:w="1718" w:type="dxa"/>
            <w:vMerge/>
          </w:tcPr>
          <w:p w14:paraId="086E6821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9D7616" w14:textId="77777777" w:rsidR="003538B4" w:rsidRDefault="005E2836">
            <w:r>
              <w:t>How different stakeholders may interpret financial performance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9C7D108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AAEBBD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5225E3E" w14:textId="77777777" w:rsidR="003538B4" w:rsidRDefault="003538B4"/>
        </w:tc>
      </w:tr>
      <w:tr w:rsidR="003538B4" w14:paraId="7C76F8B8" w14:textId="77777777">
        <w:trPr>
          <w:cantSplit/>
          <w:jc w:val="center"/>
        </w:trPr>
        <w:tc>
          <w:tcPr>
            <w:tcW w:w="1718" w:type="dxa"/>
            <w:vMerge/>
          </w:tcPr>
          <w:p w14:paraId="254FBE6A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48BAB3" w14:textId="77777777" w:rsidR="003538B4" w:rsidRDefault="005E2836">
            <w:r>
              <w:t>How to calculate and interpret gross profit margin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42F6F32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AC9A8E8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5619AA8" w14:textId="77777777" w:rsidR="003538B4" w:rsidRDefault="003538B4"/>
        </w:tc>
      </w:tr>
      <w:tr w:rsidR="003538B4" w14:paraId="0AA455EC" w14:textId="77777777">
        <w:trPr>
          <w:cantSplit/>
          <w:jc w:val="center"/>
        </w:trPr>
        <w:tc>
          <w:tcPr>
            <w:tcW w:w="1718" w:type="dxa"/>
            <w:vMerge/>
          </w:tcPr>
          <w:p w14:paraId="7B3094F0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CEC32F" w14:textId="77777777" w:rsidR="003538B4" w:rsidRDefault="005E2836">
            <w:r>
              <w:t>How to calculate and interpret net profit margin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422AFA0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B866E5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A500389" w14:textId="77777777" w:rsidR="003538B4" w:rsidRDefault="003538B4"/>
        </w:tc>
      </w:tr>
      <w:tr w:rsidR="003538B4" w14:paraId="387F6047" w14:textId="77777777">
        <w:trPr>
          <w:cantSplit/>
          <w:jc w:val="center"/>
        </w:trPr>
        <w:tc>
          <w:tcPr>
            <w:tcW w:w="10479" w:type="dxa"/>
            <w:gridSpan w:val="5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80FD39" w14:textId="7FB91E41" w:rsidR="003538B4" w:rsidRDefault="006131F2">
            <w:pPr>
              <w:jc w:val="center"/>
            </w:pPr>
            <w:r>
              <w:rPr>
                <w:b/>
                <w:sz w:val="28"/>
              </w:rPr>
              <w:t>3.5</w:t>
            </w:r>
            <w:r w:rsidR="005E2836">
              <w:rPr>
                <w:b/>
                <w:sz w:val="28"/>
              </w:rPr>
              <w:t>: Marketing</w:t>
            </w:r>
          </w:p>
        </w:tc>
      </w:tr>
      <w:tr w:rsidR="003538B4" w14:paraId="76403475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9D6534" w14:textId="77777777" w:rsidR="003538B4" w:rsidRDefault="005E2836">
            <w:r>
              <w:t>Unit Title:</w:t>
            </w:r>
          </w:p>
        </w:tc>
      </w:tr>
      <w:tr w:rsidR="003538B4" w14:paraId="212EC1AB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297207" w14:textId="77777777" w:rsidR="003538B4" w:rsidRDefault="005E2836">
            <w:r>
              <w:rPr>
                <w:b/>
              </w:rPr>
              <w:t>Identifying and understanding customers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084466" w14:textId="77777777" w:rsidR="003538B4" w:rsidRDefault="005E2836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Competition, Customer, Customer needs, Marketing, Marketing mix, Sales &amp; Target market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34A5F8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7CFD551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B373D12" w14:textId="77777777" w:rsidR="003538B4" w:rsidRDefault="003538B4"/>
        </w:tc>
      </w:tr>
      <w:tr w:rsidR="003538B4" w14:paraId="3D71A80D" w14:textId="77777777">
        <w:trPr>
          <w:cantSplit/>
          <w:jc w:val="center"/>
        </w:trPr>
        <w:tc>
          <w:tcPr>
            <w:tcW w:w="1718" w:type="dxa"/>
            <w:vMerge/>
          </w:tcPr>
          <w:p w14:paraId="19C886B4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CE4691A" w14:textId="77777777" w:rsidR="003538B4" w:rsidRDefault="005E2836">
            <w:r>
              <w:t>The importance of identifying customer needs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1A0EFC0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1A6268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D3DF877" w14:textId="77777777" w:rsidR="003538B4" w:rsidRDefault="003538B4"/>
        </w:tc>
      </w:tr>
      <w:tr w:rsidR="003538B4" w14:paraId="5679590F" w14:textId="77777777">
        <w:trPr>
          <w:cantSplit/>
          <w:jc w:val="center"/>
        </w:trPr>
        <w:tc>
          <w:tcPr>
            <w:tcW w:w="1718" w:type="dxa"/>
            <w:vMerge/>
          </w:tcPr>
          <w:p w14:paraId="4C48C4C0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EB0E546" w14:textId="77777777" w:rsidR="003538B4" w:rsidRDefault="005E2836">
            <w:r>
              <w:t>The importance of satisfying customer needs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587B03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473C7A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BE4568" w14:textId="77777777" w:rsidR="003538B4" w:rsidRDefault="003538B4"/>
        </w:tc>
      </w:tr>
      <w:tr w:rsidR="003538B4" w14:paraId="02007639" w14:textId="77777777">
        <w:trPr>
          <w:cantSplit/>
          <w:jc w:val="center"/>
        </w:trPr>
        <w:tc>
          <w:tcPr>
            <w:tcW w:w="1718" w:type="dxa"/>
            <w:vMerge/>
          </w:tcPr>
          <w:p w14:paraId="085A69B9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F968672" w14:textId="77777777" w:rsidR="003538B4" w:rsidRDefault="005E2836">
            <w:r>
              <w:t>How understanding customers helps provide products and services they will buy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CB08BA6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EA16AD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E74CD9B" w14:textId="77777777" w:rsidR="003538B4" w:rsidRDefault="003538B4"/>
        </w:tc>
      </w:tr>
      <w:tr w:rsidR="003538B4" w14:paraId="43042FF1" w14:textId="77777777">
        <w:trPr>
          <w:cantSplit/>
          <w:jc w:val="center"/>
        </w:trPr>
        <w:tc>
          <w:tcPr>
            <w:tcW w:w="1718" w:type="dxa"/>
            <w:vMerge/>
          </w:tcPr>
          <w:p w14:paraId="66C4240C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DA7DB2C" w14:textId="77777777" w:rsidR="003538B4" w:rsidRDefault="005E2836">
            <w:r>
              <w:t>How understanding customers can increase sales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B8FE64C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82DE1B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98F8C3F" w14:textId="77777777" w:rsidR="003538B4" w:rsidRDefault="003538B4"/>
        </w:tc>
      </w:tr>
      <w:tr w:rsidR="003538B4" w14:paraId="104C4369" w14:textId="77777777">
        <w:trPr>
          <w:cantSplit/>
          <w:jc w:val="center"/>
        </w:trPr>
        <w:tc>
          <w:tcPr>
            <w:tcW w:w="1718" w:type="dxa"/>
            <w:vMerge/>
          </w:tcPr>
          <w:p w14:paraId="12B00F57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7492778" w14:textId="77777777" w:rsidR="003538B4" w:rsidRDefault="005E2836">
            <w:r>
              <w:t>How understanding customers supports the correct marketing mix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C7BD62D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D43CEF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A328CB1" w14:textId="77777777" w:rsidR="003538B4" w:rsidRDefault="003538B4"/>
        </w:tc>
      </w:tr>
      <w:tr w:rsidR="003538B4" w14:paraId="45B2F6BE" w14:textId="77777777">
        <w:trPr>
          <w:cantSplit/>
          <w:jc w:val="center"/>
        </w:trPr>
        <w:tc>
          <w:tcPr>
            <w:tcW w:w="1718" w:type="dxa"/>
            <w:vMerge/>
          </w:tcPr>
          <w:p w14:paraId="58C2D634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A07889" w14:textId="77777777" w:rsidR="003538B4" w:rsidRDefault="005E2836">
            <w:r>
              <w:t>How understanding customers can avoid costly mistakes and improve competitiveness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83CEBF9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4357EE2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3516C41" w14:textId="77777777" w:rsidR="003538B4" w:rsidRDefault="003538B4"/>
        </w:tc>
      </w:tr>
      <w:tr w:rsidR="003538B4" w14:paraId="00720975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B0BDE6" w14:textId="77777777" w:rsidR="003538B4" w:rsidRDefault="005E2836">
            <w:r>
              <w:t>Unit Title:</w:t>
            </w:r>
          </w:p>
        </w:tc>
      </w:tr>
      <w:tr w:rsidR="003538B4" w14:paraId="426C8248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1E18C5F" w14:textId="77777777" w:rsidR="003538B4" w:rsidRDefault="005E2836">
            <w:r>
              <w:rPr>
                <w:b/>
              </w:rPr>
              <w:t>Segmentation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D2DB33" w14:textId="77777777" w:rsidR="003538B4" w:rsidRDefault="005E2836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Age, Gender, Income, Location, Market segment, Segmentation &amp; Target market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300BD5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642B37A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EBF6EB" w14:textId="77777777" w:rsidR="003538B4" w:rsidRDefault="003538B4"/>
        </w:tc>
      </w:tr>
      <w:tr w:rsidR="003538B4" w14:paraId="49C1AA60" w14:textId="77777777">
        <w:trPr>
          <w:cantSplit/>
          <w:jc w:val="center"/>
        </w:trPr>
        <w:tc>
          <w:tcPr>
            <w:tcW w:w="1718" w:type="dxa"/>
            <w:vMerge/>
          </w:tcPr>
          <w:p w14:paraId="57CECB56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5B9183" w14:textId="77777777" w:rsidR="003538B4" w:rsidRDefault="005E2836">
            <w:r>
              <w:t>The meaning of market segmentation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EA1E50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299C717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077AA00" w14:textId="77777777" w:rsidR="003538B4" w:rsidRDefault="003538B4"/>
        </w:tc>
      </w:tr>
      <w:tr w:rsidR="003538B4" w14:paraId="3EC68E35" w14:textId="77777777">
        <w:trPr>
          <w:cantSplit/>
          <w:jc w:val="center"/>
        </w:trPr>
        <w:tc>
          <w:tcPr>
            <w:tcW w:w="1718" w:type="dxa"/>
            <w:vMerge/>
          </w:tcPr>
          <w:p w14:paraId="25B1FFB1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8AAE279" w14:textId="77777777" w:rsidR="003538B4" w:rsidRDefault="005E2836">
            <w:r>
              <w:t>How and why businesses segment markets by gender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BF0624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15B3FCF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ABD2E6" w14:textId="77777777" w:rsidR="003538B4" w:rsidRDefault="003538B4"/>
        </w:tc>
      </w:tr>
      <w:tr w:rsidR="003538B4" w14:paraId="44AF29ED" w14:textId="77777777">
        <w:trPr>
          <w:cantSplit/>
          <w:jc w:val="center"/>
        </w:trPr>
        <w:tc>
          <w:tcPr>
            <w:tcW w:w="1718" w:type="dxa"/>
            <w:vMerge/>
          </w:tcPr>
          <w:p w14:paraId="624A5A1F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70536B" w14:textId="77777777" w:rsidR="003538B4" w:rsidRDefault="005E2836">
            <w:r>
              <w:t>How and why businesses segment markets by age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3D08E3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18ABE36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AFFDF9" w14:textId="77777777" w:rsidR="003538B4" w:rsidRDefault="003538B4"/>
        </w:tc>
      </w:tr>
      <w:tr w:rsidR="003538B4" w14:paraId="461D2D18" w14:textId="77777777">
        <w:trPr>
          <w:cantSplit/>
          <w:jc w:val="center"/>
        </w:trPr>
        <w:tc>
          <w:tcPr>
            <w:tcW w:w="1718" w:type="dxa"/>
            <w:vMerge/>
          </w:tcPr>
          <w:p w14:paraId="0EE8353A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4EBA86" w14:textId="77777777" w:rsidR="003538B4" w:rsidRDefault="005E2836">
            <w:r>
              <w:t>How and why businesses segment markets by location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569952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44B555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ED4FD9" w14:textId="77777777" w:rsidR="003538B4" w:rsidRDefault="003538B4"/>
        </w:tc>
      </w:tr>
      <w:tr w:rsidR="003538B4" w14:paraId="590C3A93" w14:textId="77777777">
        <w:trPr>
          <w:cantSplit/>
          <w:jc w:val="center"/>
        </w:trPr>
        <w:tc>
          <w:tcPr>
            <w:tcW w:w="1718" w:type="dxa"/>
            <w:vMerge/>
          </w:tcPr>
          <w:p w14:paraId="6857D5D2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CB2CCE8" w14:textId="77777777" w:rsidR="003538B4" w:rsidRDefault="005E2836">
            <w:r>
              <w:t>How and why businesses segment markets by income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6B9E2C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59FD92C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5B48FF" w14:textId="77777777" w:rsidR="003538B4" w:rsidRDefault="003538B4"/>
        </w:tc>
      </w:tr>
      <w:tr w:rsidR="003538B4" w14:paraId="518EB07C" w14:textId="77777777">
        <w:trPr>
          <w:cantSplit/>
          <w:jc w:val="center"/>
        </w:trPr>
        <w:tc>
          <w:tcPr>
            <w:tcW w:w="1718" w:type="dxa"/>
            <w:vMerge/>
          </w:tcPr>
          <w:p w14:paraId="452FEE5F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D88B9A" w14:textId="77777777" w:rsidR="003538B4" w:rsidRDefault="005E2836">
            <w:r>
              <w:t>How segmentation helps businesses target customers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0706BA9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DF0EA2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F412755" w14:textId="77777777" w:rsidR="003538B4" w:rsidRDefault="003538B4"/>
        </w:tc>
      </w:tr>
      <w:tr w:rsidR="003538B4" w14:paraId="50F45B7D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A155F42" w14:textId="77777777" w:rsidR="003538B4" w:rsidRDefault="005E2836">
            <w:r>
              <w:t>Unit Title:</w:t>
            </w:r>
          </w:p>
        </w:tc>
      </w:tr>
      <w:tr w:rsidR="003538B4" w14:paraId="69C763A4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966B58F" w14:textId="77777777" w:rsidR="003538B4" w:rsidRDefault="005E2836">
            <w:r>
              <w:rPr>
                <w:b/>
              </w:rPr>
              <w:t>The purpose and methods of market research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44FFF0D" w14:textId="77777777" w:rsidR="003538B4" w:rsidRDefault="005E2836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Competition, Demand, Focus group, Interview, Internet research, Market research, Market share, Market size, Primary research, Qualitative data, Quantitative data, Questionnaire, Secondary research, Survey &amp; Target market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F84FDF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1CCFB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C587D2F" w14:textId="77777777" w:rsidR="003538B4" w:rsidRDefault="003538B4"/>
        </w:tc>
      </w:tr>
      <w:tr w:rsidR="003538B4" w14:paraId="1817738A" w14:textId="77777777">
        <w:trPr>
          <w:cantSplit/>
          <w:jc w:val="center"/>
        </w:trPr>
        <w:tc>
          <w:tcPr>
            <w:tcW w:w="1718" w:type="dxa"/>
            <w:vMerge/>
          </w:tcPr>
          <w:p w14:paraId="21467641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334FC4" w14:textId="77777777" w:rsidR="003538B4" w:rsidRDefault="005E2836">
            <w:r>
              <w:t>The purpose of market research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687D5DC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42459F3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9B9107" w14:textId="77777777" w:rsidR="003538B4" w:rsidRDefault="003538B4"/>
        </w:tc>
      </w:tr>
      <w:tr w:rsidR="003538B4" w14:paraId="709D750F" w14:textId="77777777">
        <w:trPr>
          <w:cantSplit/>
          <w:jc w:val="center"/>
        </w:trPr>
        <w:tc>
          <w:tcPr>
            <w:tcW w:w="1718" w:type="dxa"/>
            <w:vMerge/>
          </w:tcPr>
          <w:p w14:paraId="56B83F3C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5ED349" w14:textId="77777777" w:rsidR="003538B4" w:rsidRDefault="005E2836">
            <w:r>
              <w:t>How market research provides information about demand, competition and the target market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1DC8656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41A83F6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8452B5D" w14:textId="77777777" w:rsidR="003538B4" w:rsidRDefault="003538B4"/>
        </w:tc>
      </w:tr>
      <w:tr w:rsidR="003538B4" w14:paraId="3AC8D983" w14:textId="77777777">
        <w:trPr>
          <w:cantSplit/>
          <w:jc w:val="center"/>
        </w:trPr>
        <w:tc>
          <w:tcPr>
            <w:tcW w:w="1718" w:type="dxa"/>
            <w:vMerge/>
          </w:tcPr>
          <w:p w14:paraId="63A0BE54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8B27C5A" w14:textId="77777777" w:rsidR="003538B4" w:rsidRDefault="005E2836">
            <w:r>
              <w:t>The difference between primary and secondary market research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2594862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63AC094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6FAB399" w14:textId="77777777" w:rsidR="003538B4" w:rsidRDefault="003538B4"/>
        </w:tc>
      </w:tr>
      <w:tr w:rsidR="003538B4" w14:paraId="0744E787" w14:textId="77777777">
        <w:trPr>
          <w:cantSplit/>
          <w:jc w:val="center"/>
        </w:trPr>
        <w:tc>
          <w:tcPr>
            <w:tcW w:w="1718" w:type="dxa"/>
            <w:vMerge/>
          </w:tcPr>
          <w:p w14:paraId="464D43C4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2D937E" w14:textId="77777777" w:rsidR="003538B4" w:rsidRDefault="005E2836">
            <w:r>
              <w:t>The features, benefits and drawbacks of questionnaires and surveys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88001B7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1CECB7B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610D37" w14:textId="77777777" w:rsidR="003538B4" w:rsidRDefault="003538B4"/>
        </w:tc>
      </w:tr>
      <w:tr w:rsidR="003538B4" w14:paraId="4DDF7B8E" w14:textId="77777777">
        <w:trPr>
          <w:cantSplit/>
          <w:jc w:val="center"/>
        </w:trPr>
        <w:tc>
          <w:tcPr>
            <w:tcW w:w="1718" w:type="dxa"/>
            <w:vMerge/>
          </w:tcPr>
          <w:p w14:paraId="7972D2C6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0CE0A1" w14:textId="77777777" w:rsidR="003538B4" w:rsidRDefault="005E2836">
            <w:r>
              <w:t>The features, benefits and drawbacks of interviews and focus groups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A124D24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B2630F3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330B013" w14:textId="77777777" w:rsidR="003538B4" w:rsidRDefault="003538B4"/>
        </w:tc>
      </w:tr>
      <w:tr w:rsidR="003538B4" w14:paraId="6A7C25E8" w14:textId="77777777">
        <w:trPr>
          <w:cantSplit/>
          <w:jc w:val="center"/>
        </w:trPr>
        <w:tc>
          <w:tcPr>
            <w:tcW w:w="1718" w:type="dxa"/>
            <w:vMerge/>
          </w:tcPr>
          <w:p w14:paraId="1193C856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79453C" w14:textId="77777777" w:rsidR="003538B4" w:rsidRDefault="005E2836">
            <w:r>
              <w:t>The features, benefits and drawbacks of internet research and printed press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61FF43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A8A9FE8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32556B5" w14:textId="77777777" w:rsidR="003538B4" w:rsidRDefault="003538B4"/>
        </w:tc>
      </w:tr>
      <w:tr w:rsidR="003538B4" w14:paraId="09F6D1CA" w14:textId="77777777">
        <w:trPr>
          <w:cantSplit/>
          <w:jc w:val="center"/>
        </w:trPr>
        <w:tc>
          <w:tcPr>
            <w:tcW w:w="1718" w:type="dxa"/>
            <w:vMerge/>
          </w:tcPr>
          <w:p w14:paraId="37C7326A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FE5CD05" w14:textId="77777777" w:rsidR="003538B4" w:rsidRDefault="005E2836">
            <w:r>
              <w:t>The difference between qualitative and quantitative data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F721B7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CD54EB5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E395ECE" w14:textId="77777777" w:rsidR="003538B4" w:rsidRDefault="003538B4"/>
        </w:tc>
      </w:tr>
      <w:tr w:rsidR="003538B4" w14:paraId="13CB3C94" w14:textId="77777777">
        <w:trPr>
          <w:cantSplit/>
          <w:jc w:val="center"/>
        </w:trPr>
        <w:tc>
          <w:tcPr>
            <w:tcW w:w="1718" w:type="dxa"/>
            <w:vMerge/>
          </w:tcPr>
          <w:p w14:paraId="5CDAFAC3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D2F683" w14:textId="77777777" w:rsidR="003538B4" w:rsidRDefault="005E2836">
            <w:r>
              <w:t>How to select the most appropriate market research method for a business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47DA1A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6870179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4503343" w14:textId="77777777" w:rsidR="003538B4" w:rsidRDefault="003538B4"/>
        </w:tc>
      </w:tr>
      <w:tr w:rsidR="003538B4" w14:paraId="1DD3B9C3" w14:textId="77777777">
        <w:trPr>
          <w:cantSplit/>
          <w:jc w:val="center"/>
        </w:trPr>
        <w:tc>
          <w:tcPr>
            <w:tcW w:w="1718" w:type="dxa"/>
            <w:vMerge/>
          </w:tcPr>
          <w:p w14:paraId="76DFA5D2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CE961FF" w14:textId="77777777" w:rsidR="003538B4" w:rsidRDefault="005E2836">
            <w:r>
              <w:t>How to interpret and use market research findings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616574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7DE9AF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7AB08C" w14:textId="77777777" w:rsidR="003538B4" w:rsidRDefault="003538B4"/>
        </w:tc>
      </w:tr>
      <w:tr w:rsidR="003538B4" w14:paraId="250BCAD4" w14:textId="77777777">
        <w:trPr>
          <w:cantSplit/>
          <w:jc w:val="center"/>
        </w:trPr>
        <w:tc>
          <w:tcPr>
            <w:tcW w:w="1718" w:type="dxa"/>
            <w:vMerge/>
          </w:tcPr>
          <w:p w14:paraId="5E8A2B94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B6C061" w14:textId="77777777" w:rsidR="003538B4" w:rsidRDefault="005E2836">
            <w:r>
              <w:t>How to interpret data from tables and charts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FF2D7D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E81161D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3A1A32" w14:textId="77777777" w:rsidR="003538B4" w:rsidRDefault="003538B4"/>
        </w:tc>
      </w:tr>
      <w:tr w:rsidR="003538B4" w14:paraId="668993C8" w14:textId="77777777">
        <w:trPr>
          <w:cantSplit/>
          <w:jc w:val="center"/>
        </w:trPr>
        <w:tc>
          <w:tcPr>
            <w:tcW w:w="1718" w:type="dxa"/>
            <w:vMerge/>
          </w:tcPr>
          <w:p w14:paraId="5070F89D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FE7176" w14:textId="77777777" w:rsidR="003538B4" w:rsidRDefault="005E2836">
            <w:r>
              <w:t>How to identify market size and market share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45367D9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C3E193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BB1940C" w14:textId="77777777" w:rsidR="003538B4" w:rsidRDefault="003538B4"/>
        </w:tc>
      </w:tr>
      <w:tr w:rsidR="003538B4" w14:paraId="18DAE6FB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6F75093" w14:textId="77777777" w:rsidR="003538B4" w:rsidRDefault="005E2836">
            <w:r>
              <w:t>Unit Title:</w:t>
            </w:r>
          </w:p>
        </w:tc>
      </w:tr>
      <w:tr w:rsidR="003538B4" w14:paraId="5C522223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DBDAEA" w14:textId="77777777" w:rsidR="003538B4" w:rsidRDefault="005E2836">
            <w:r>
              <w:rPr>
                <w:b/>
              </w:rPr>
              <w:lastRenderedPageBreak/>
              <w:t>The elements of the marketing mix: price, product, promotion and place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D6A1189" w14:textId="77777777" w:rsidR="003538B4" w:rsidRDefault="005E2836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Advertising, Boston Matrix, Brand image, Competitive pricing, Cost-plus pricing, E-commerce, Extension strategy, Loss leader, M-commerce, Marketing mix, Place, Price, Price penetration, Price skimming, Product, Product differentiation, Product life cycle, Promotion, Public relations (PR), Sales promotion, Sponsorship, Social media, Unique selling point (USP) &amp; Channels of distribution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2F7608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CCFF2C4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A10539" w14:textId="77777777" w:rsidR="003538B4" w:rsidRDefault="003538B4"/>
        </w:tc>
      </w:tr>
      <w:tr w:rsidR="003538B4" w14:paraId="57199AFD" w14:textId="77777777">
        <w:trPr>
          <w:cantSplit/>
          <w:jc w:val="center"/>
        </w:trPr>
        <w:tc>
          <w:tcPr>
            <w:tcW w:w="1718" w:type="dxa"/>
            <w:vMerge/>
          </w:tcPr>
          <w:p w14:paraId="55F48F07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21FD21E" w14:textId="77777777" w:rsidR="003538B4" w:rsidRDefault="005E2836">
            <w:r>
              <w:t>The features and impact of price skimming, penetration, competitive, loss leader and cost-plus pricing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9CC82D2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C3756C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67CA6D8" w14:textId="77777777" w:rsidR="003538B4" w:rsidRDefault="003538B4"/>
        </w:tc>
      </w:tr>
      <w:tr w:rsidR="003538B4" w14:paraId="57DE6089" w14:textId="77777777">
        <w:trPr>
          <w:cantSplit/>
          <w:jc w:val="center"/>
        </w:trPr>
        <w:tc>
          <w:tcPr>
            <w:tcW w:w="1718" w:type="dxa"/>
            <w:vMerge/>
          </w:tcPr>
          <w:p w14:paraId="0C5BB2AE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E27DBA" w14:textId="77777777" w:rsidR="003538B4" w:rsidRDefault="005E2836">
            <w:r>
              <w:t>How costs, the market, competition and the product life cycle influence pricing decisions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FFE0B1B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FCF008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917265" w14:textId="77777777" w:rsidR="003538B4" w:rsidRDefault="003538B4"/>
        </w:tc>
      </w:tr>
      <w:tr w:rsidR="003538B4" w14:paraId="22057F2C" w14:textId="77777777">
        <w:trPr>
          <w:cantSplit/>
          <w:jc w:val="center"/>
        </w:trPr>
        <w:tc>
          <w:tcPr>
            <w:tcW w:w="1718" w:type="dxa"/>
            <w:vMerge/>
          </w:tcPr>
          <w:p w14:paraId="092A4B6E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9C5E67" w14:textId="77777777" w:rsidR="003538B4" w:rsidRDefault="005E2836">
            <w:r>
              <w:t>The relationship between price and demand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DE6C09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AE36E36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207D866" w14:textId="77777777" w:rsidR="003538B4" w:rsidRDefault="003538B4"/>
        </w:tc>
      </w:tr>
      <w:tr w:rsidR="003538B4" w14:paraId="1D347F76" w14:textId="77777777">
        <w:trPr>
          <w:cantSplit/>
          <w:jc w:val="center"/>
        </w:trPr>
        <w:tc>
          <w:tcPr>
            <w:tcW w:w="1718" w:type="dxa"/>
            <w:vMerge/>
          </w:tcPr>
          <w:p w14:paraId="47EC84B7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AC3021" w14:textId="77777777" w:rsidR="003538B4" w:rsidRDefault="005E2836">
            <w:r>
              <w:t>The benefits and risks of developing new products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BF3F0E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E2A02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325D3A0" w14:textId="77777777" w:rsidR="003538B4" w:rsidRDefault="003538B4"/>
        </w:tc>
      </w:tr>
      <w:tr w:rsidR="003538B4" w14:paraId="65C329F5" w14:textId="77777777">
        <w:trPr>
          <w:cantSplit/>
          <w:jc w:val="center"/>
        </w:trPr>
        <w:tc>
          <w:tcPr>
            <w:tcW w:w="1718" w:type="dxa"/>
            <w:vMerge/>
          </w:tcPr>
          <w:p w14:paraId="020A9FA6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C9B453F" w14:textId="77777777" w:rsidR="003538B4" w:rsidRDefault="005E2836">
            <w:r>
              <w:t>The importance of product design, image and target market needs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BC6698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B8A492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8E363A" w14:textId="77777777" w:rsidR="003538B4" w:rsidRDefault="003538B4"/>
        </w:tc>
      </w:tr>
      <w:tr w:rsidR="003538B4" w14:paraId="31DBACF2" w14:textId="77777777">
        <w:trPr>
          <w:cantSplit/>
          <w:jc w:val="center"/>
        </w:trPr>
        <w:tc>
          <w:tcPr>
            <w:tcW w:w="1718" w:type="dxa"/>
            <w:vMerge/>
          </w:tcPr>
          <w:p w14:paraId="0B2D8282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BF47B48" w14:textId="77777777" w:rsidR="003538B4" w:rsidRDefault="005E2836">
            <w:r>
              <w:t>The meaning and importance of a USP and brand image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2A72FE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08A3B3E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0F5924" w14:textId="77777777" w:rsidR="003538B4" w:rsidRDefault="003538B4"/>
        </w:tc>
      </w:tr>
      <w:tr w:rsidR="003538B4" w14:paraId="5804643B" w14:textId="77777777">
        <w:trPr>
          <w:cantSplit/>
          <w:jc w:val="center"/>
        </w:trPr>
        <w:tc>
          <w:tcPr>
            <w:tcW w:w="1718" w:type="dxa"/>
            <w:vMerge/>
          </w:tcPr>
          <w:p w14:paraId="53869050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C5B2314" w14:textId="77777777" w:rsidR="003538B4" w:rsidRDefault="005E2836">
            <w:r>
              <w:t>The stages of the product life cycle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5DA42F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6708AE5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68D5BB7" w14:textId="77777777" w:rsidR="003538B4" w:rsidRDefault="003538B4"/>
        </w:tc>
      </w:tr>
      <w:tr w:rsidR="003538B4" w14:paraId="224D5BFE" w14:textId="77777777">
        <w:trPr>
          <w:cantSplit/>
          <w:jc w:val="center"/>
        </w:trPr>
        <w:tc>
          <w:tcPr>
            <w:tcW w:w="1718" w:type="dxa"/>
            <w:vMerge/>
          </w:tcPr>
          <w:p w14:paraId="3B8602BA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236480" w14:textId="77777777" w:rsidR="003538B4" w:rsidRDefault="005E2836">
            <w:r>
              <w:t>How extension strategies can prolong the product life cycle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BD34E8E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4795F12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412C4D" w14:textId="77777777" w:rsidR="003538B4" w:rsidRDefault="003538B4"/>
        </w:tc>
      </w:tr>
      <w:tr w:rsidR="003538B4" w14:paraId="536E8592" w14:textId="77777777">
        <w:trPr>
          <w:cantSplit/>
          <w:jc w:val="center"/>
        </w:trPr>
        <w:tc>
          <w:tcPr>
            <w:tcW w:w="1718" w:type="dxa"/>
            <w:vMerge/>
          </w:tcPr>
          <w:p w14:paraId="0CCEE6D5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87A3EC2" w14:textId="77777777" w:rsidR="003538B4" w:rsidRDefault="005E2836">
            <w:r>
              <w:t>How the Boston Matrix can be used to analyse a product portfolio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4C6A053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014FC4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45DF435" w14:textId="77777777" w:rsidR="003538B4" w:rsidRDefault="003538B4"/>
        </w:tc>
      </w:tr>
      <w:tr w:rsidR="003538B4" w14:paraId="56553CB9" w14:textId="77777777">
        <w:trPr>
          <w:cantSplit/>
          <w:jc w:val="center"/>
        </w:trPr>
        <w:tc>
          <w:tcPr>
            <w:tcW w:w="1718" w:type="dxa"/>
            <w:vMerge/>
          </w:tcPr>
          <w:p w14:paraId="520716AB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4FD75C9" w14:textId="77777777" w:rsidR="003538B4" w:rsidRDefault="005E2836">
            <w:r>
              <w:t>The main methods of promotion and their benefits and drawbacks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A9C8DCA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2F85C45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CF88D66" w14:textId="77777777" w:rsidR="003538B4" w:rsidRDefault="003538B4"/>
        </w:tc>
      </w:tr>
      <w:tr w:rsidR="003538B4" w14:paraId="2D13D15B" w14:textId="77777777">
        <w:trPr>
          <w:cantSplit/>
          <w:jc w:val="center"/>
        </w:trPr>
        <w:tc>
          <w:tcPr>
            <w:tcW w:w="1718" w:type="dxa"/>
            <w:vMerge/>
          </w:tcPr>
          <w:p w14:paraId="1F0767AA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20B228" w14:textId="77777777" w:rsidR="003538B4" w:rsidRDefault="005E2836">
            <w:r>
              <w:t>The factors influencing the choice of promotional mix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5F9AB9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5BF7E28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577AED" w14:textId="77777777" w:rsidR="003538B4" w:rsidRDefault="003538B4"/>
        </w:tc>
      </w:tr>
      <w:tr w:rsidR="003538B4" w14:paraId="6FEF3E7A" w14:textId="77777777">
        <w:trPr>
          <w:cantSplit/>
          <w:jc w:val="center"/>
        </w:trPr>
        <w:tc>
          <w:tcPr>
            <w:tcW w:w="1718" w:type="dxa"/>
            <w:vMerge/>
          </w:tcPr>
          <w:p w14:paraId="6C536241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ED3B6B" w14:textId="77777777" w:rsidR="003538B4" w:rsidRDefault="005E2836">
            <w:r>
              <w:t>The reasons businesses use promotion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0D4F9E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EB40869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B37DD6" w14:textId="77777777" w:rsidR="003538B4" w:rsidRDefault="003538B4"/>
        </w:tc>
      </w:tr>
      <w:tr w:rsidR="003538B4" w14:paraId="6E0BC499" w14:textId="77777777">
        <w:trPr>
          <w:cantSplit/>
          <w:jc w:val="center"/>
        </w:trPr>
        <w:tc>
          <w:tcPr>
            <w:tcW w:w="1718" w:type="dxa"/>
            <w:vMerge/>
          </w:tcPr>
          <w:p w14:paraId="483CAFF4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36F131" w14:textId="77777777" w:rsidR="003538B4" w:rsidRDefault="005E2836">
            <w:r>
              <w:t>The main channels of distribution and when each is appropriate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5CFBE90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CE8B6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C5E5C0" w14:textId="77777777" w:rsidR="003538B4" w:rsidRDefault="003538B4"/>
        </w:tc>
      </w:tr>
      <w:tr w:rsidR="003538B4" w14:paraId="5731AD04" w14:textId="77777777">
        <w:trPr>
          <w:cantSplit/>
          <w:jc w:val="center"/>
        </w:trPr>
        <w:tc>
          <w:tcPr>
            <w:tcW w:w="1718" w:type="dxa"/>
            <w:vMerge/>
          </w:tcPr>
          <w:p w14:paraId="54821738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C1A014" w14:textId="77777777" w:rsidR="003538B4" w:rsidRDefault="005E2836">
            <w:r>
              <w:t>The benefits and drawbacks of e-commerce and m-commerce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826E5DA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74C93B7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CBC42C" w14:textId="77777777" w:rsidR="003538B4" w:rsidRDefault="003538B4"/>
        </w:tc>
      </w:tr>
      <w:tr w:rsidR="003538B4" w14:paraId="78CEB8AD" w14:textId="77777777">
        <w:trPr>
          <w:cantSplit/>
          <w:jc w:val="center"/>
        </w:trPr>
        <w:tc>
          <w:tcPr>
            <w:tcW w:w="1718" w:type="dxa"/>
            <w:vMerge/>
          </w:tcPr>
          <w:p w14:paraId="27C754E9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113C0C" w14:textId="77777777" w:rsidR="003538B4" w:rsidRDefault="005E2836">
            <w:r>
              <w:t>How the four elements of the marketing mix work together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1396430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1C55862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DC845C" w14:textId="77777777" w:rsidR="003538B4" w:rsidRDefault="003538B4"/>
        </w:tc>
      </w:tr>
      <w:tr w:rsidR="003538B4" w14:paraId="09E31CF5" w14:textId="77777777">
        <w:trPr>
          <w:cantSplit/>
          <w:jc w:val="center"/>
        </w:trPr>
        <w:tc>
          <w:tcPr>
            <w:tcW w:w="1718" w:type="dxa"/>
            <w:vMerge/>
          </w:tcPr>
          <w:p w14:paraId="2D8FBD69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6222A8" w14:textId="77777777" w:rsidR="003538B4" w:rsidRDefault="005E2836">
            <w:r>
              <w:t>How to recommend and evaluate an appropriate marketing mix for a business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5D88C1B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83B21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A52E9E0" w14:textId="77777777" w:rsidR="003538B4" w:rsidRDefault="003538B4"/>
        </w:tc>
      </w:tr>
      <w:tr w:rsidR="003538B4" w14:paraId="22E03479" w14:textId="77777777">
        <w:trPr>
          <w:cantSplit/>
          <w:jc w:val="center"/>
        </w:trPr>
        <w:tc>
          <w:tcPr>
            <w:tcW w:w="10479" w:type="dxa"/>
            <w:gridSpan w:val="5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DA89AA" w14:textId="3ECEEEE5" w:rsidR="003538B4" w:rsidRDefault="006131F2">
            <w:pPr>
              <w:jc w:val="center"/>
            </w:pPr>
            <w:r>
              <w:rPr>
                <w:b/>
                <w:sz w:val="28"/>
              </w:rPr>
              <w:t>3.2</w:t>
            </w:r>
            <w:r w:rsidR="005E2836">
              <w:rPr>
                <w:b/>
                <w:sz w:val="28"/>
              </w:rPr>
              <w:t>: Influences on Business</w:t>
            </w:r>
          </w:p>
        </w:tc>
      </w:tr>
      <w:tr w:rsidR="003538B4" w14:paraId="3F69B154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49C726" w14:textId="77777777" w:rsidR="003538B4" w:rsidRDefault="005E2836">
            <w:r>
              <w:t>Unit Title:</w:t>
            </w:r>
          </w:p>
        </w:tc>
      </w:tr>
      <w:tr w:rsidR="003538B4" w14:paraId="6CED214F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4C4CA04" w14:textId="77777777" w:rsidR="003538B4" w:rsidRDefault="005E2836">
            <w:r>
              <w:rPr>
                <w:b/>
              </w:rPr>
              <w:t>Technology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C86E7E0" w14:textId="77777777" w:rsidR="003538B4" w:rsidRDefault="005E2836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Digital communication, E-commerce, Information and Communication Technology (ICT), M-commerce, Social media, Software, Websites &amp; Webchat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7A4FD7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555F8A5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30B06D" w14:textId="77777777" w:rsidR="003538B4" w:rsidRDefault="003538B4"/>
        </w:tc>
      </w:tr>
      <w:tr w:rsidR="003538B4" w14:paraId="195DB56B" w14:textId="77777777">
        <w:trPr>
          <w:cantSplit/>
          <w:jc w:val="center"/>
        </w:trPr>
        <w:tc>
          <w:tcPr>
            <w:tcW w:w="1718" w:type="dxa"/>
            <w:vMerge/>
          </w:tcPr>
          <w:p w14:paraId="6023BA20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A84327" w14:textId="77777777" w:rsidR="003538B4" w:rsidRDefault="005E2836">
            <w:r>
              <w:t>What Information and Communication Technology (ICT) is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250DBB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8C7B41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61288E" w14:textId="77777777" w:rsidR="003538B4" w:rsidRDefault="003538B4"/>
        </w:tc>
      </w:tr>
      <w:tr w:rsidR="003538B4" w14:paraId="0E3A3C9B" w14:textId="77777777">
        <w:trPr>
          <w:cantSplit/>
          <w:jc w:val="center"/>
        </w:trPr>
        <w:tc>
          <w:tcPr>
            <w:tcW w:w="1718" w:type="dxa"/>
            <w:vMerge/>
          </w:tcPr>
          <w:p w14:paraId="3B057794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C93AF6" w14:textId="77777777" w:rsidR="003538B4" w:rsidRDefault="005E2836">
            <w:r>
              <w:t>How changing ICT influences business activity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1E7D32C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9D16BA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7DABF2" w14:textId="77777777" w:rsidR="003538B4" w:rsidRDefault="003538B4"/>
        </w:tc>
      </w:tr>
      <w:tr w:rsidR="003538B4" w14:paraId="4A4796FD" w14:textId="77777777">
        <w:trPr>
          <w:cantSplit/>
          <w:jc w:val="center"/>
        </w:trPr>
        <w:tc>
          <w:tcPr>
            <w:tcW w:w="1718" w:type="dxa"/>
            <w:vMerge/>
          </w:tcPr>
          <w:p w14:paraId="6B33CA0B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CDAE9A1" w14:textId="77777777" w:rsidR="003538B4" w:rsidRDefault="005E2836">
            <w:r>
              <w:t>How businesses use e-commerce to access wider markets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541930A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B2C066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78BD3C1" w14:textId="77777777" w:rsidR="003538B4" w:rsidRDefault="003538B4"/>
        </w:tc>
      </w:tr>
      <w:tr w:rsidR="003538B4" w14:paraId="389002BA" w14:textId="77777777">
        <w:trPr>
          <w:cantSplit/>
          <w:jc w:val="center"/>
        </w:trPr>
        <w:tc>
          <w:tcPr>
            <w:tcW w:w="1718" w:type="dxa"/>
            <w:vMerge/>
          </w:tcPr>
          <w:p w14:paraId="377835C3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9B3491E" w14:textId="77777777" w:rsidR="003538B4" w:rsidRDefault="005E2836">
            <w:r>
              <w:t>How digital communication changes the way businesses communicate with stakeholders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08BE1F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07263E9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F6FA169" w14:textId="77777777" w:rsidR="003538B4" w:rsidRDefault="003538B4"/>
        </w:tc>
      </w:tr>
      <w:tr w:rsidR="003538B4" w14:paraId="5EC4BE06" w14:textId="77777777">
        <w:trPr>
          <w:cantSplit/>
          <w:jc w:val="center"/>
        </w:trPr>
        <w:tc>
          <w:tcPr>
            <w:tcW w:w="1718" w:type="dxa"/>
            <w:vMerge/>
          </w:tcPr>
          <w:p w14:paraId="07C566C0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038AAC" w14:textId="77777777" w:rsidR="003538B4" w:rsidRDefault="005E2836">
            <w:r>
              <w:t>Relevant examples of digital technology and communication used by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EBC7CC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5C9263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689910" w14:textId="77777777" w:rsidR="003538B4" w:rsidRDefault="003538B4"/>
        </w:tc>
      </w:tr>
      <w:tr w:rsidR="003538B4" w14:paraId="63E6E403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CBAC366" w14:textId="77777777" w:rsidR="003538B4" w:rsidRDefault="005E2836">
            <w:r>
              <w:lastRenderedPageBreak/>
              <w:t>Unit Title:</w:t>
            </w:r>
          </w:p>
        </w:tc>
      </w:tr>
      <w:tr w:rsidR="003538B4" w14:paraId="04B95283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BC63DA1" w14:textId="77777777" w:rsidR="003538B4" w:rsidRDefault="005E2836">
            <w:r>
              <w:rPr>
                <w:b/>
              </w:rPr>
              <w:t>Ethical and environmental considerations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F370A99" w14:textId="77777777" w:rsidR="003538B4" w:rsidRDefault="005E2836">
            <w:r>
              <w:rPr>
                <w:b/>
              </w:rPr>
              <w:t>Key Terms:</w:t>
            </w:r>
            <w:r>
              <w:rPr>
                <w:b/>
              </w:rPr>
              <w:br/>
              <w:t>Air pollution, Disposal of waste, Ethical behaviour, Ethics, Environmental responsibility, Global warming, Noise pollution, Recycling, Scarce resources, Sustainability &amp; Traffic congestion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D9E89DE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1BCDE9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3B72953" w14:textId="77777777" w:rsidR="003538B4" w:rsidRDefault="003538B4"/>
        </w:tc>
      </w:tr>
      <w:tr w:rsidR="003538B4" w14:paraId="2B059C32" w14:textId="77777777">
        <w:trPr>
          <w:cantSplit/>
          <w:jc w:val="center"/>
        </w:trPr>
        <w:tc>
          <w:tcPr>
            <w:tcW w:w="1718" w:type="dxa"/>
            <w:vMerge/>
          </w:tcPr>
          <w:p w14:paraId="549F1AA5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6CE087A" w14:textId="77777777" w:rsidR="003538B4" w:rsidRDefault="005E2836">
            <w:r>
              <w:t>What is meant by ethical behaviour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2816AC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1FAA31E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509F8C" w14:textId="77777777" w:rsidR="003538B4" w:rsidRDefault="003538B4"/>
        </w:tc>
      </w:tr>
      <w:tr w:rsidR="003538B4" w14:paraId="377C51FF" w14:textId="77777777">
        <w:trPr>
          <w:cantSplit/>
          <w:jc w:val="center"/>
        </w:trPr>
        <w:tc>
          <w:tcPr>
            <w:tcW w:w="1718" w:type="dxa"/>
            <w:vMerge/>
          </w:tcPr>
          <w:p w14:paraId="1145F7F1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445A0DB" w14:textId="77777777" w:rsidR="003538B4" w:rsidRDefault="005E2836">
            <w:r>
              <w:t>How ethical considerations affect business decisions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38D643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80A6FA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92881B" w14:textId="77777777" w:rsidR="003538B4" w:rsidRDefault="003538B4"/>
        </w:tc>
      </w:tr>
      <w:tr w:rsidR="003538B4" w14:paraId="17FF066B" w14:textId="77777777">
        <w:trPr>
          <w:cantSplit/>
          <w:jc w:val="center"/>
        </w:trPr>
        <w:tc>
          <w:tcPr>
            <w:tcW w:w="1718" w:type="dxa"/>
            <w:vMerge/>
          </w:tcPr>
          <w:p w14:paraId="3762637A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48F0FDE" w14:textId="77777777" w:rsidR="003538B4" w:rsidRDefault="005E2836">
            <w:r>
              <w:t>The trade-off between ethics and profit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F609B9B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83E48A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874E842" w14:textId="77777777" w:rsidR="003538B4" w:rsidRDefault="003538B4"/>
        </w:tc>
      </w:tr>
      <w:tr w:rsidR="003538B4" w14:paraId="22AF6AE5" w14:textId="77777777">
        <w:trPr>
          <w:cantSplit/>
          <w:jc w:val="center"/>
        </w:trPr>
        <w:tc>
          <w:tcPr>
            <w:tcW w:w="1718" w:type="dxa"/>
            <w:vMerge/>
          </w:tcPr>
          <w:p w14:paraId="2DA5F391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7DBA19" w14:textId="77777777" w:rsidR="003538B4" w:rsidRDefault="005E2836">
            <w:r>
              <w:t>The benefits and drawbacks of ethical behaviour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C59224E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85E047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4F9EABF" w14:textId="77777777" w:rsidR="003538B4" w:rsidRDefault="003538B4"/>
        </w:tc>
      </w:tr>
      <w:tr w:rsidR="003538B4" w14:paraId="108B8F3E" w14:textId="77777777">
        <w:trPr>
          <w:cantSplit/>
          <w:jc w:val="center"/>
        </w:trPr>
        <w:tc>
          <w:tcPr>
            <w:tcW w:w="1718" w:type="dxa"/>
            <w:vMerge/>
          </w:tcPr>
          <w:p w14:paraId="3EA48DF0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9E5F33F" w14:textId="77777777" w:rsidR="003538B4" w:rsidRDefault="005E2836">
            <w:r>
              <w:t>How traffic congestion, recycling, waste, noise and air pollution affect business decisions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5B1A788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74D89B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CA6A819" w14:textId="77777777" w:rsidR="003538B4" w:rsidRDefault="003538B4"/>
        </w:tc>
      </w:tr>
      <w:tr w:rsidR="003538B4" w14:paraId="6FB05AD7" w14:textId="77777777">
        <w:trPr>
          <w:cantSplit/>
          <w:jc w:val="center"/>
        </w:trPr>
        <w:tc>
          <w:tcPr>
            <w:tcW w:w="1718" w:type="dxa"/>
            <w:vMerge/>
          </w:tcPr>
          <w:p w14:paraId="5502EDED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C6E83F9" w14:textId="77777777" w:rsidR="003538B4" w:rsidRDefault="005E2836">
            <w:r>
              <w:t>How businesses and consumers can accept greater environmental responsibility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6C9D05B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74B1849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6EF9192" w14:textId="77777777" w:rsidR="003538B4" w:rsidRDefault="003538B4"/>
        </w:tc>
      </w:tr>
      <w:tr w:rsidR="003538B4" w14:paraId="043E6259" w14:textId="77777777">
        <w:trPr>
          <w:cantSplit/>
          <w:jc w:val="center"/>
        </w:trPr>
        <w:tc>
          <w:tcPr>
            <w:tcW w:w="1718" w:type="dxa"/>
            <w:vMerge/>
          </w:tcPr>
          <w:p w14:paraId="5B99CAE9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0A408F" w14:textId="77777777" w:rsidR="003538B4" w:rsidRDefault="005E2836">
            <w:r>
              <w:t>The costs and benefits of environmentally responsible behaviour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5B87B7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72422F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61E295" w14:textId="77777777" w:rsidR="003538B4" w:rsidRDefault="003538B4"/>
        </w:tc>
      </w:tr>
      <w:tr w:rsidR="003538B4" w14:paraId="70C1C5FB" w14:textId="77777777">
        <w:trPr>
          <w:cantSplit/>
          <w:jc w:val="center"/>
        </w:trPr>
        <w:tc>
          <w:tcPr>
            <w:tcW w:w="1718" w:type="dxa"/>
            <w:vMerge/>
          </w:tcPr>
          <w:p w14:paraId="684F993E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B6C01B" w14:textId="77777777" w:rsidR="003538B4" w:rsidRDefault="005E2836">
            <w:r>
              <w:t>The meaning and importance of sustainability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DF4AAD2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49FA0D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70AB4AA" w14:textId="77777777" w:rsidR="003538B4" w:rsidRDefault="003538B4"/>
        </w:tc>
      </w:tr>
      <w:tr w:rsidR="003538B4" w14:paraId="00FE7E1F" w14:textId="77777777">
        <w:trPr>
          <w:cantSplit/>
          <w:jc w:val="center"/>
        </w:trPr>
        <w:tc>
          <w:tcPr>
            <w:tcW w:w="1718" w:type="dxa"/>
            <w:vMerge/>
          </w:tcPr>
          <w:p w14:paraId="54D5217F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F72F3F5" w14:textId="77777777" w:rsidR="003538B4" w:rsidRDefault="005E2836">
            <w:r>
              <w:t>The trade-off between sustainability and profit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05CA48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12E028D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249F41" w14:textId="77777777" w:rsidR="003538B4" w:rsidRDefault="003538B4"/>
        </w:tc>
      </w:tr>
      <w:tr w:rsidR="003538B4" w14:paraId="31CCF9C8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392854" w14:textId="77777777" w:rsidR="003538B4" w:rsidRDefault="005E2836">
            <w:r>
              <w:t>Unit Title:</w:t>
            </w:r>
          </w:p>
        </w:tc>
      </w:tr>
      <w:tr w:rsidR="003538B4" w14:paraId="059078E8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9735BD" w14:textId="77777777" w:rsidR="003538B4" w:rsidRDefault="005E2836">
            <w:r>
              <w:rPr>
                <w:b/>
              </w:rPr>
              <w:t>The Economic climate of a business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6F56376" w14:textId="77777777" w:rsidR="003538B4" w:rsidRDefault="005E2836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Consumer spending, Economic climate, Employment, Income, Interest rates, Loan &amp; Overdraft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F56A81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8039906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D1263EE" w14:textId="77777777" w:rsidR="003538B4" w:rsidRDefault="003538B4"/>
        </w:tc>
      </w:tr>
      <w:tr w:rsidR="003538B4" w14:paraId="23869DD3" w14:textId="77777777">
        <w:trPr>
          <w:cantSplit/>
          <w:jc w:val="center"/>
        </w:trPr>
        <w:tc>
          <w:tcPr>
            <w:tcW w:w="1718" w:type="dxa"/>
            <w:vMerge/>
          </w:tcPr>
          <w:p w14:paraId="127B0EC9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5F2F8D5" w14:textId="77777777" w:rsidR="003538B4" w:rsidRDefault="005E2836">
            <w:r>
              <w:t>How changes in interest rates affect businesses using loans and overdrafts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40C59E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0EA07C1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384A48" w14:textId="77777777" w:rsidR="003538B4" w:rsidRDefault="003538B4"/>
        </w:tc>
      </w:tr>
      <w:tr w:rsidR="003538B4" w14:paraId="5CC3AC10" w14:textId="77777777">
        <w:trPr>
          <w:cantSplit/>
          <w:jc w:val="center"/>
        </w:trPr>
        <w:tc>
          <w:tcPr>
            <w:tcW w:w="1718" w:type="dxa"/>
            <w:vMerge/>
          </w:tcPr>
          <w:p w14:paraId="7E617041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B1C6E30" w14:textId="77777777" w:rsidR="003538B4" w:rsidRDefault="005E2836">
            <w:r>
              <w:t>How changes in interest rates affect consumer and business spending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CBC1BF4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89248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4A1991" w14:textId="77777777" w:rsidR="003538B4" w:rsidRDefault="003538B4"/>
        </w:tc>
      </w:tr>
      <w:tr w:rsidR="003538B4" w14:paraId="4EFF5B63" w14:textId="77777777">
        <w:trPr>
          <w:cantSplit/>
          <w:jc w:val="center"/>
        </w:trPr>
        <w:tc>
          <w:tcPr>
            <w:tcW w:w="1718" w:type="dxa"/>
            <w:vMerge/>
          </w:tcPr>
          <w:p w14:paraId="59ACBA3A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7129CC" w14:textId="77777777" w:rsidR="003538B4" w:rsidRDefault="005E2836">
            <w:r>
              <w:t>How changes in levels of employment can affect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5D5212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9226A02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49B707" w14:textId="77777777" w:rsidR="003538B4" w:rsidRDefault="003538B4"/>
        </w:tc>
      </w:tr>
      <w:tr w:rsidR="003538B4" w14:paraId="1B511E76" w14:textId="77777777">
        <w:trPr>
          <w:cantSplit/>
          <w:jc w:val="center"/>
        </w:trPr>
        <w:tc>
          <w:tcPr>
            <w:tcW w:w="1718" w:type="dxa"/>
            <w:vMerge/>
          </w:tcPr>
          <w:p w14:paraId="3561C89F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5A4592" w14:textId="77777777" w:rsidR="003538B4" w:rsidRDefault="005E2836">
            <w:r>
              <w:t>How changes in incomes affect demand for goods and services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92BA24B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FDF02F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F42C36" w14:textId="77777777" w:rsidR="003538B4" w:rsidRDefault="003538B4"/>
        </w:tc>
      </w:tr>
      <w:tr w:rsidR="003538B4" w14:paraId="68DB7097" w14:textId="77777777">
        <w:trPr>
          <w:cantSplit/>
          <w:jc w:val="center"/>
        </w:trPr>
        <w:tc>
          <w:tcPr>
            <w:tcW w:w="1718" w:type="dxa"/>
            <w:vMerge/>
          </w:tcPr>
          <w:p w14:paraId="120A5EAD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DEC31A" w14:textId="77777777" w:rsidR="003538B4" w:rsidRDefault="005E2836">
            <w:r>
              <w:t>How changes in consumer spending affect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EF9563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42C1BE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C0F7A81" w14:textId="77777777" w:rsidR="003538B4" w:rsidRDefault="003538B4"/>
        </w:tc>
      </w:tr>
      <w:tr w:rsidR="003538B4" w14:paraId="255A8FB6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7B46DE" w14:textId="77777777" w:rsidR="003538B4" w:rsidRDefault="005E2836">
            <w:r>
              <w:t>Unit Title:</w:t>
            </w:r>
          </w:p>
        </w:tc>
      </w:tr>
      <w:tr w:rsidR="003538B4" w14:paraId="293D9719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E480386" w14:textId="77777777" w:rsidR="003538B4" w:rsidRDefault="005E2836">
            <w:r>
              <w:rPr>
                <w:b/>
              </w:rPr>
              <w:t>Globalisation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BBBED51" w14:textId="77777777" w:rsidR="003538B4" w:rsidRDefault="005E2836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Exchange rates, Export, Globalisation, Import, International market, Multinational company (MNC), Price, Quality &amp; Design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8C1AC4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0EB789E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47F0DB4" w14:textId="77777777" w:rsidR="003538B4" w:rsidRDefault="003538B4"/>
        </w:tc>
      </w:tr>
      <w:tr w:rsidR="003538B4" w14:paraId="4A2D807A" w14:textId="77777777">
        <w:trPr>
          <w:cantSplit/>
          <w:jc w:val="center"/>
        </w:trPr>
        <w:tc>
          <w:tcPr>
            <w:tcW w:w="1718" w:type="dxa"/>
            <w:vMerge/>
          </w:tcPr>
          <w:p w14:paraId="3ADA525B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4963058" w14:textId="77777777" w:rsidR="003538B4" w:rsidRDefault="005E2836">
            <w:r>
              <w:t>What is meant by globalisation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0C97E27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CF9845E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580110" w14:textId="77777777" w:rsidR="003538B4" w:rsidRDefault="003538B4"/>
        </w:tc>
      </w:tr>
      <w:tr w:rsidR="003538B4" w14:paraId="29D7CA7B" w14:textId="77777777">
        <w:trPr>
          <w:cantSplit/>
          <w:jc w:val="center"/>
        </w:trPr>
        <w:tc>
          <w:tcPr>
            <w:tcW w:w="1718" w:type="dxa"/>
            <w:vMerge/>
          </w:tcPr>
          <w:p w14:paraId="4EA6B4F7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C79501A" w14:textId="77777777" w:rsidR="003538B4" w:rsidRDefault="005E2836">
            <w:r>
              <w:t>The benefits and drawbacks of globalisation for UK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502F6A0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BC114B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2F05ACB" w14:textId="77777777" w:rsidR="003538B4" w:rsidRDefault="003538B4"/>
        </w:tc>
      </w:tr>
      <w:tr w:rsidR="003538B4" w14:paraId="51C30CB1" w14:textId="77777777">
        <w:trPr>
          <w:cantSplit/>
          <w:jc w:val="center"/>
        </w:trPr>
        <w:tc>
          <w:tcPr>
            <w:tcW w:w="1718" w:type="dxa"/>
            <w:vMerge/>
          </w:tcPr>
          <w:p w14:paraId="567F9504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784AD77" w14:textId="77777777" w:rsidR="003538B4" w:rsidRDefault="005E2836">
            <w:r>
              <w:t>How UK businesses compete internationally using better designs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FFA777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5C8562C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19EBCEF" w14:textId="77777777" w:rsidR="003538B4" w:rsidRDefault="003538B4"/>
        </w:tc>
      </w:tr>
      <w:tr w:rsidR="003538B4" w14:paraId="64FAC009" w14:textId="77777777">
        <w:trPr>
          <w:cantSplit/>
          <w:jc w:val="center"/>
        </w:trPr>
        <w:tc>
          <w:tcPr>
            <w:tcW w:w="1718" w:type="dxa"/>
            <w:vMerge/>
          </w:tcPr>
          <w:p w14:paraId="42CAC368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7B75634" w14:textId="77777777" w:rsidR="003538B4" w:rsidRDefault="005E2836">
            <w:r>
              <w:t>How UK businesses compete internationally using higher quality products at lower prices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72F888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8B56C2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01BEA0" w14:textId="77777777" w:rsidR="003538B4" w:rsidRDefault="003538B4"/>
        </w:tc>
      </w:tr>
      <w:tr w:rsidR="003538B4" w14:paraId="4F23486F" w14:textId="77777777">
        <w:trPr>
          <w:cantSplit/>
          <w:jc w:val="center"/>
        </w:trPr>
        <w:tc>
          <w:tcPr>
            <w:tcW w:w="1718" w:type="dxa"/>
            <w:vMerge/>
          </w:tcPr>
          <w:p w14:paraId="02A61727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8D2ECA4" w14:textId="77777777" w:rsidR="003538B4" w:rsidRDefault="005E2836">
            <w:r>
              <w:t>The impact of exchange rates on businesses that import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CD0F46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BCFA3AE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7C72D58" w14:textId="77777777" w:rsidR="003538B4" w:rsidRDefault="003538B4"/>
        </w:tc>
      </w:tr>
      <w:tr w:rsidR="003538B4" w14:paraId="3392A818" w14:textId="77777777">
        <w:trPr>
          <w:cantSplit/>
          <w:jc w:val="center"/>
        </w:trPr>
        <w:tc>
          <w:tcPr>
            <w:tcW w:w="1718" w:type="dxa"/>
            <w:vMerge/>
          </w:tcPr>
          <w:p w14:paraId="179E9E66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2F5AE3" w14:textId="77777777" w:rsidR="003538B4" w:rsidRDefault="005E2836">
            <w:r>
              <w:t>The impact of exchange rates on businesses that export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2BE9A45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53120D0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C47393" w14:textId="77777777" w:rsidR="003538B4" w:rsidRDefault="003538B4"/>
        </w:tc>
      </w:tr>
      <w:tr w:rsidR="003538B4" w14:paraId="147409A5" w14:textId="77777777">
        <w:trPr>
          <w:cantSplit/>
          <w:jc w:val="center"/>
        </w:trPr>
        <w:tc>
          <w:tcPr>
            <w:tcW w:w="1718" w:type="dxa"/>
            <w:vMerge/>
          </w:tcPr>
          <w:p w14:paraId="1C476475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9E597C5" w14:textId="77777777" w:rsidR="003538B4" w:rsidRDefault="005E2836">
            <w:r>
              <w:t>How exchange rates can affect sales and profit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7FC5467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3EECBB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0C7868" w14:textId="77777777" w:rsidR="003538B4" w:rsidRDefault="003538B4"/>
        </w:tc>
      </w:tr>
      <w:tr w:rsidR="003538B4" w14:paraId="7A9D16C2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A2CCF1" w14:textId="77777777" w:rsidR="003538B4" w:rsidRDefault="005E2836">
            <w:r>
              <w:lastRenderedPageBreak/>
              <w:t>Unit Title:</w:t>
            </w:r>
          </w:p>
        </w:tc>
      </w:tr>
      <w:tr w:rsidR="003538B4" w14:paraId="34721B89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77F0F2D" w14:textId="77777777" w:rsidR="003538B4" w:rsidRDefault="005E2836">
            <w:r>
              <w:rPr>
                <w:b/>
              </w:rPr>
              <w:t>Legislation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76378B" w14:textId="77777777" w:rsidR="003538B4" w:rsidRDefault="005E2836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Consumer law, Discrimination, Employment law, Equality Act (2010), Health and Safety at Work Act (1974), Legislation, National Minimum Wage / National Living Wage &amp; Trade descriptions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3DB5A0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46D84B5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888D577" w14:textId="77777777" w:rsidR="003538B4" w:rsidRDefault="003538B4"/>
        </w:tc>
      </w:tr>
      <w:tr w:rsidR="003538B4" w14:paraId="270C7B87" w14:textId="77777777">
        <w:trPr>
          <w:cantSplit/>
          <w:jc w:val="center"/>
        </w:trPr>
        <w:tc>
          <w:tcPr>
            <w:tcW w:w="1718" w:type="dxa"/>
            <w:vMerge/>
          </w:tcPr>
          <w:p w14:paraId="1897206D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8C3BE46" w14:textId="77777777" w:rsidR="003538B4" w:rsidRDefault="005E2836">
            <w:r>
              <w:t>What legislation is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8678AFB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74B62EE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21EEA39" w14:textId="77777777" w:rsidR="003538B4" w:rsidRDefault="003538B4"/>
        </w:tc>
      </w:tr>
      <w:tr w:rsidR="003538B4" w14:paraId="50A1B285" w14:textId="77777777">
        <w:trPr>
          <w:cantSplit/>
          <w:jc w:val="center"/>
        </w:trPr>
        <w:tc>
          <w:tcPr>
            <w:tcW w:w="1718" w:type="dxa"/>
            <w:vMerge/>
          </w:tcPr>
          <w:p w14:paraId="24EBB666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C11E0E" w14:textId="77777777" w:rsidR="003538B4" w:rsidRDefault="005E2836">
            <w:r>
              <w:t>How employment law affects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AABEFF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96E3A84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4C7D0CB" w14:textId="77777777" w:rsidR="003538B4" w:rsidRDefault="003538B4"/>
        </w:tc>
      </w:tr>
      <w:tr w:rsidR="003538B4" w14:paraId="06297B9D" w14:textId="77777777">
        <w:trPr>
          <w:cantSplit/>
          <w:jc w:val="center"/>
        </w:trPr>
        <w:tc>
          <w:tcPr>
            <w:tcW w:w="1718" w:type="dxa"/>
            <w:vMerge/>
          </w:tcPr>
          <w:p w14:paraId="664A69B0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C568D1" w14:textId="77777777" w:rsidR="003538B4" w:rsidRDefault="005E2836">
            <w:r>
              <w:t>How the National Minimum Wage / National Living Wage affects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352F8A2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194F79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30A88A8" w14:textId="77777777" w:rsidR="003538B4" w:rsidRDefault="003538B4"/>
        </w:tc>
      </w:tr>
      <w:tr w:rsidR="003538B4" w14:paraId="5DEBB13F" w14:textId="77777777">
        <w:trPr>
          <w:cantSplit/>
          <w:jc w:val="center"/>
        </w:trPr>
        <w:tc>
          <w:tcPr>
            <w:tcW w:w="1718" w:type="dxa"/>
            <w:vMerge/>
          </w:tcPr>
          <w:p w14:paraId="0077E82B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3125A98" w14:textId="77777777" w:rsidR="003538B4" w:rsidRDefault="005E2836">
            <w:r>
              <w:t>How the Equality Act (2010) affects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2A29B3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68E8B02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577BF1F" w14:textId="77777777" w:rsidR="003538B4" w:rsidRDefault="003538B4"/>
        </w:tc>
      </w:tr>
      <w:tr w:rsidR="003538B4" w14:paraId="3639D814" w14:textId="77777777">
        <w:trPr>
          <w:cantSplit/>
          <w:jc w:val="center"/>
        </w:trPr>
        <w:tc>
          <w:tcPr>
            <w:tcW w:w="1718" w:type="dxa"/>
            <w:vMerge/>
          </w:tcPr>
          <w:p w14:paraId="35FBA570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2069494" w14:textId="77777777" w:rsidR="003538B4" w:rsidRDefault="005E2836">
            <w:r>
              <w:t>How health and safety law affects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17EB1E8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47BD758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00F813" w14:textId="77777777" w:rsidR="003538B4" w:rsidRDefault="003538B4"/>
        </w:tc>
      </w:tr>
      <w:tr w:rsidR="003538B4" w14:paraId="05BC1334" w14:textId="77777777">
        <w:trPr>
          <w:cantSplit/>
          <w:jc w:val="center"/>
        </w:trPr>
        <w:tc>
          <w:tcPr>
            <w:tcW w:w="1718" w:type="dxa"/>
            <w:vMerge/>
          </w:tcPr>
          <w:p w14:paraId="642355C0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A9D8276" w14:textId="77777777" w:rsidR="003538B4" w:rsidRDefault="005E2836">
            <w:r>
              <w:t>The benefits of providing a safe working environment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A2CF4B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BF755B3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A9F8B9E" w14:textId="77777777" w:rsidR="003538B4" w:rsidRDefault="003538B4"/>
        </w:tc>
      </w:tr>
      <w:tr w:rsidR="003538B4" w14:paraId="06F80EED" w14:textId="77777777">
        <w:trPr>
          <w:cantSplit/>
          <w:jc w:val="center"/>
        </w:trPr>
        <w:tc>
          <w:tcPr>
            <w:tcW w:w="1718" w:type="dxa"/>
            <w:vMerge/>
          </w:tcPr>
          <w:p w14:paraId="1B396D76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5290ADB" w14:textId="77777777" w:rsidR="003538B4" w:rsidRDefault="005E2836">
            <w:r>
              <w:t>How consumer law affects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29235E0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297C57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93BE4A" w14:textId="77777777" w:rsidR="003538B4" w:rsidRDefault="003538B4"/>
        </w:tc>
      </w:tr>
      <w:tr w:rsidR="003538B4" w14:paraId="37CBE247" w14:textId="77777777">
        <w:trPr>
          <w:cantSplit/>
          <w:jc w:val="center"/>
        </w:trPr>
        <w:tc>
          <w:tcPr>
            <w:tcW w:w="1718" w:type="dxa"/>
            <w:vMerge/>
          </w:tcPr>
          <w:p w14:paraId="75615F1B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8A73D0" w14:textId="77777777" w:rsidR="003538B4" w:rsidRDefault="005E2836">
            <w:r>
              <w:t>The impact of legislation on costs, training and recruitment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189C6B5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98E6EA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DFA50D" w14:textId="77777777" w:rsidR="003538B4" w:rsidRDefault="003538B4"/>
        </w:tc>
      </w:tr>
      <w:tr w:rsidR="003538B4" w14:paraId="42AB99E6" w14:textId="77777777">
        <w:trPr>
          <w:cantSplit/>
          <w:jc w:val="center"/>
        </w:trPr>
        <w:tc>
          <w:tcPr>
            <w:tcW w:w="1718" w:type="dxa"/>
            <w:vMerge/>
          </w:tcPr>
          <w:p w14:paraId="23B48FB1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F9413B" w14:textId="77777777" w:rsidR="003538B4" w:rsidRDefault="005E2836">
            <w:r>
              <w:t>The consequences for a business of failing to follow legislation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485CA8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4178C45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6D1AD8" w14:textId="77777777" w:rsidR="003538B4" w:rsidRDefault="003538B4"/>
        </w:tc>
      </w:tr>
      <w:tr w:rsidR="003538B4" w14:paraId="310E01D9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3BE6B1" w14:textId="77777777" w:rsidR="003538B4" w:rsidRDefault="005E2836">
            <w:r>
              <w:t>Unit Title:</w:t>
            </w:r>
          </w:p>
        </w:tc>
      </w:tr>
      <w:tr w:rsidR="003538B4" w14:paraId="0AC73BA9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69AABE" w14:textId="77777777" w:rsidR="003538B4" w:rsidRDefault="005E2836">
            <w:r>
              <w:rPr>
                <w:b/>
              </w:rPr>
              <w:t>Competitive environment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DC7E462" w14:textId="77777777" w:rsidR="003538B4" w:rsidRDefault="005E2836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Competition, Competitive market, Market, Monopoly, Risk &amp; Uncertainty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89167A3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D418399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56264F0" w14:textId="77777777" w:rsidR="003538B4" w:rsidRDefault="003538B4"/>
        </w:tc>
      </w:tr>
      <w:tr w:rsidR="003538B4" w14:paraId="0A790494" w14:textId="77777777">
        <w:trPr>
          <w:cantSplit/>
          <w:jc w:val="center"/>
        </w:trPr>
        <w:tc>
          <w:tcPr>
            <w:tcW w:w="1718" w:type="dxa"/>
            <w:vMerge/>
          </w:tcPr>
          <w:p w14:paraId="18486829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CD0B55A" w14:textId="77777777" w:rsidR="003538B4" w:rsidRDefault="005E2836">
            <w:r>
              <w:t>What is meant by a market and competition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CA09F9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AED6BDA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14F4E3A" w14:textId="77777777" w:rsidR="003538B4" w:rsidRDefault="003538B4"/>
        </w:tc>
      </w:tr>
      <w:tr w:rsidR="003538B4" w14:paraId="1066DB6E" w14:textId="77777777">
        <w:trPr>
          <w:cantSplit/>
          <w:jc w:val="center"/>
        </w:trPr>
        <w:tc>
          <w:tcPr>
            <w:tcW w:w="1718" w:type="dxa"/>
            <w:vMerge/>
          </w:tcPr>
          <w:p w14:paraId="5FB15ED5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8FECA5" w14:textId="77777777" w:rsidR="003538B4" w:rsidRDefault="005E2836">
            <w:r>
              <w:t>The potential impacts of competition on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76328F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F7E6FC5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092878D" w14:textId="77777777" w:rsidR="003538B4" w:rsidRDefault="003538B4"/>
        </w:tc>
      </w:tr>
      <w:tr w:rsidR="003538B4" w14:paraId="0984BF1D" w14:textId="77777777">
        <w:trPr>
          <w:cantSplit/>
          <w:jc w:val="center"/>
        </w:trPr>
        <w:tc>
          <w:tcPr>
            <w:tcW w:w="1718" w:type="dxa"/>
            <w:vMerge/>
          </w:tcPr>
          <w:p w14:paraId="54FCCF12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A0CF28" w14:textId="77777777" w:rsidR="003538B4" w:rsidRDefault="005E2836">
            <w:r>
              <w:t>When businesses may face minimal or no competition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37D2A7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990F16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BE489BB" w14:textId="77777777" w:rsidR="003538B4" w:rsidRDefault="003538B4"/>
        </w:tc>
      </w:tr>
      <w:tr w:rsidR="003538B4" w14:paraId="1C63A420" w14:textId="77777777">
        <w:trPr>
          <w:cantSplit/>
          <w:jc w:val="center"/>
        </w:trPr>
        <w:tc>
          <w:tcPr>
            <w:tcW w:w="1718" w:type="dxa"/>
            <w:vMerge/>
          </w:tcPr>
          <w:p w14:paraId="44A47442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40CCEB5" w14:textId="77777777" w:rsidR="003538B4" w:rsidRDefault="005E2836">
            <w:r>
              <w:t>The risks businesses face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A62E194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E74ACEE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D1AE8D9" w14:textId="77777777" w:rsidR="003538B4" w:rsidRDefault="003538B4"/>
        </w:tc>
      </w:tr>
      <w:tr w:rsidR="003538B4" w14:paraId="379489CB" w14:textId="77777777">
        <w:trPr>
          <w:cantSplit/>
          <w:jc w:val="center"/>
        </w:trPr>
        <w:tc>
          <w:tcPr>
            <w:tcW w:w="1718" w:type="dxa"/>
            <w:vMerge/>
          </w:tcPr>
          <w:p w14:paraId="359C2A8E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31955A3" w14:textId="77777777" w:rsidR="003538B4" w:rsidRDefault="005E2836">
            <w:r>
              <w:t>Why all businesses face uncertainty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DF73611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E1FA93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B56AF6C" w14:textId="77777777" w:rsidR="003538B4" w:rsidRDefault="003538B4"/>
        </w:tc>
      </w:tr>
      <w:tr w:rsidR="003538B4" w14:paraId="423D906A" w14:textId="77777777">
        <w:trPr>
          <w:cantSplit/>
          <w:jc w:val="center"/>
        </w:trPr>
        <w:tc>
          <w:tcPr>
            <w:tcW w:w="1718" w:type="dxa"/>
            <w:vMerge/>
          </w:tcPr>
          <w:p w14:paraId="5876F621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6CD3178" w14:textId="77777777" w:rsidR="003538B4" w:rsidRDefault="005E2836">
            <w:r>
              <w:t>Why entrepreneurs still choose to run businesses despite risk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EFAE7E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E06192D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00A16C" w14:textId="77777777" w:rsidR="003538B4" w:rsidRDefault="003538B4"/>
        </w:tc>
      </w:tr>
      <w:tr w:rsidR="003538B4" w14:paraId="45D3256B" w14:textId="77777777">
        <w:trPr>
          <w:cantSplit/>
          <w:jc w:val="center"/>
        </w:trPr>
        <w:tc>
          <w:tcPr>
            <w:tcW w:w="1718" w:type="dxa"/>
            <w:vMerge/>
          </w:tcPr>
          <w:p w14:paraId="4EDA06BA" w14:textId="77777777" w:rsidR="003538B4" w:rsidRDefault="003538B4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40EDB5" w14:textId="77777777" w:rsidR="003538B4" w:rsidRDefault="005E2836">
            <w:r>
              <w:t>How businesses can minimise the risks they face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EEBEDF4" w14:textId="77777777" w:rsidR="003538B4" w:rsidRDefault="003538B4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C148222" w14:textId="77777777" w:rsidR="003538B4" w:rsidRDefault="003538B4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D119AF" w14:textId="77777777" w:rsidR="003538B4" w:rsidRDefault="003538B4"/>
        </w:tc>
      </w:tr>
    </w:tbl>
    <w:p w14:paraId="504F415A" w14:textId="77777777" w:rsidR="005E2836" w:rsidRDefault="005E2836"/>
    <w:p w14:paraId="19C01092" w14:textId="77777777" w:rsidR="006131F2" w:rsidRDefault="006131F2"/>
    <w:p w14:paraId="1030207E" w14:textId="77777777" w:rsidR="006131F2" w:rsidRDefault="006131F2"/>
    <w:p w14:paraId="45F688D0" w14:textId="77777777" w:rsidR="006131F2" w:rsidRDefault="006131F2"/>
    <w:p w14:paraId="6E9F79C1" w14:textId="77777777" w:rsidR="006131F2" w:rsidRDefault="006131F2"/>
    <w:p w14:paraId="11AA2962" w14:textId="77777777" w:rsidR="006131F2" w:rsidRDefault="006131F2"/>
    <w:p w14:paraId="19D081BC" w14:textId="77777777" w:rsidR="006131F2" w:rsidRDefault="006131F2"/>
    <w:p w14:paraId="7EBEF633" w14:textId="77777777" w:rsidR="006131F2" w:rsidRDefault="006131F2"/>
    <w:p w14:paraId="0AD599F6" w14:textId="77777777" w:rsidR="006131F2" w:rsidRDefault="006131F2"/>
    <w:p w14:paraId="327D9E0A" w14:textId="77777777" w:rsidR="006131F2" w:rsidRDefault="006131F2"/>
    <w:p w14:paraId="0D414CE7" w14:textId="1AD49C78" w:rsidR="006131F2" w:rsidRDefault="006131F2" w:rsidP="006131F2">
      <w:pPr>
        <w:spacing w:after="160"/>
        <w:jc w:val="center"/>
      </w:pPr>
      <w:r>
        <w:rPr>
          <w:b/>
          <w:sz w:val="28"/>
          <w:u w:val="single"/>
        </w:rPr>
        <w:lastRenderedPageBreak/>
        <w:t xml:space="preserve">PLUS </w:t>
      </w:r>
      <w:r>
        <w:rPr>
          <w:b/>
          <w:sz w:val="28"/>
          <w:u w:val="single"/>
        </w:rPr>
        <w:t xml:space="preserve">– </w:t>
      </w:r>
      <w:r>
        <w:rPr>
          <w:b/>
          <w:sz w:val="28"/>
          <w:u w:val="single"/>
        </w:rPr>
        <w:t xml:space="preserve">THE UNITS FROM </w:t>
      </w:r>
      <w:r>
        <w:rPr>
          <w:b/>
          <w:sz w:val="28"/>
          <w:u w:val="single"/>
        </w:rPr>
        <w:t>Y</w:t>
      </w:r>
      <w:r>
        <w:rPr>
          <w:b/>
          <w:sz w:val="28"/>
          <w:u w:val="single"/>
        </w:rPr>
        <w:t>EAR</w:t>
      </w:r>
      <w:r>
        <w:rPr>
          <w:b/>
          <w:sz w:val="28"/>
          <w:u w:val="single"/>
        </w:rPr>
        <w:t xml:space="preserve"> 10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18"/>
        <w:gridCol w:w="6071"/>
        <w:gridCol w:w="991"/>
        <w:gridCol w:w="849"/>
        <w:gridCol w:w="850"/>
      </w:tblGrid>
      <w:tr w:rsidR="006131F2" w14:paraId="51403E0C" w14:textId="77777777" w:rsidTr="00CC6BE8">
        <w:trPr>
          <w:cantSplit/>
          <w:jc w:val="center"/>
        </w:trPr>
        <w:tc>
          <w:tcPr>
            <w:tcW w:w="10479" w:type="dxa"/>
            <w:gridSpan w:val="5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2FE3BB" w14:textId="77777777" w:rsidR="006131F2" w:rsidRDefault="006131F2" w:rsidP="00CC6BE8">
            <w:pPr>
              <w:jc w:val="center"/>
            </w:pPr>
            <w:r>
              <w:rPr>
                <w:b/>
                <w:sz w:val="28"/>
              </w:rPr>
              <w:t>3.1: Business in the Real World</w:t>
            </w:r>
          </w:p>
        </w:tc>
      </w:tr>
      <w:tr w:rsidR="006131F2" w14:paraId="165E5C6B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8992648" w14:textId="77777777" w:rsidR="006131F2" w:rsidRDefault="006131F2" w:rsidP="00CC6BE8">
            <w:r>
              <w:t>Unit Title:</w:t>
            </w:r>
          </w:p>
        </w:tc>
      </w:tr>
      <w:tr w:rsidR="006131F2" w14:paraId="0DCE2DAB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D0C3A8E" w14:textId="77777777" w:rsidR="006131F2" w:rsidRDefault="006131F2" w:rsidP="00CC6BE8">
            <w:r>
              <w:rPr>
                <w:b/>
              </w:rPr>
              <w:t>The purpose and nature of business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92F3095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  <w:t>Business, Customer, Enterprise, Entrepreneur, Entrepreneurship, Factors of production, Goods, Land, Labour, Capital, Needs, Opportunity cost, Primary sector, Secondary sector, Service, Social enterprise, Tertiary sector &amp; Wants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67732F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5BAAE9D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5C97D06" w14:textId="77777777" w:rsidR="006131F2" w:rsidRDefault="006131F2" w:rsidP="00CC6BE8"/>
        </w:tc>
      </w:tr>
      <w:tr w:rsidR="006131F2" w14:paraId="20E8BA51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9BAAE79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9C41805" w14:textId="77777777" w:rsidR="006131F2" w:rsidRDefault="006131F2" w:rsidP="00CC6BE8">
            <w:r>
              <w:t>The purpose of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2DA5D46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38F7A9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A81CED6" w14:textId="77777777" w:rsidR="006131F2" w:rsidRDefault="006131F2" w:rsidP="00CC6BE8"/>
        </w:tc>
      </w:tr>
      <w:tr w:rsidR="006131F2" w14:paraId="2B6330D1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B406F59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FC6C79" w14:textId="77777777" w:rsidR="006131F2" w:rsidRDefault="006131F2" w:rsidP="00CC6BE8">
            <w:r>
              <w:t>The reasons for starting a business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DA07D8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66BB18D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C873E06" w14:textId="77777777" w:rsidR="006131F2" w:rsidRDefault="006131F2" w:rsidP="00CC6BE8"/>
        </w:tc>
      </w:tr>
      <w:tr w:rsidR="006131F2" w14:paraId="5E118305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7548417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5C28BF" w14:textId="77777777" w:rsidR="006131F2" w:rsidRDefault="006131F2" w:rsidP="00CC6BE8">
            <w:r>
              <w:t>The difference between goods and services, and needs and wants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A93D852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4DE665A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3097D1C" w14:textId="77777777" w:rsidR="006131F2" w:rsidRDefault="006131F2" w:rsidP="00CC6BE8"/>
        </w:tc>
      </w:tr>
      <w:tr w:rsidR="006131F2" w14:paraId="0F97AC51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60DC4D93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98FCC8" w14:textId="77777777" w:rsidR="006131F2" w:rsidRDefault="006131F2" w:rsidP="00CC6BE8">
            <w:r>
              <w:t>The four factors of production: land, labour, capital and enterprise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E267293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065D3A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333C27" w14:textId="77777777" w:rsidR="006131F2" w:rsidRDefault="006131F2" w:rsidP="00CC6BE8"/>
        </w:tc>
      </w:tr>
      <w:tr w:rsidR="006131F2" w14:paraId="3F8818CD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48BA548D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4A76BF" w14:textId="77777777" w:rsidR="006131F2" w:rsidRDefault="006131F2" w:rsidP="00CC6BE8">
            <w:r>
              <w:t>The meaning of opportunity cost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BA48D7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3893693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FF7069" w14:textId="77777777" w:rsidR="006131F2" w:rsidRDefault="006131F2" w:rsidP="00CC6BE8"/>
        </w:tc>
      </w:tr>
      <w:tr w:rsidR="006131F2" w14:paraId="4DEC4700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632C5434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A736AB" w14:textId="77777777" w:rsidR="006131F2" w:rsidRDefault="006131F2" w:rsidP="00CC6BE8">
            <w:r>
              <w:t>The three sectors of business: primary, secondary and tertiary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E9078D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1D3865C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AD664F8" w14:textId="77777777" w:rsidR="006131F2" w:rsidRDefault="006131F2" w:rsidP="00CC6BE8"/>
        </w:tc>
      </w:tr>
      <w:tr w:rsidR="006131F2" w14:paraId="3BC5E5C6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7C6C9AB8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788F3C" w14:textId="77777777" w:rsidR="006131F2" w:rsidRDefault="006131F2" w:rsidP="00CC6BE8">
            <w:r>
              <w:t>What is meant by enterprise and an entrepreneur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1BDD85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0E005F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311A2D" w14:textId="77777777" w:rsidR="006131F2" w:rsidRDefault="006131F2" w:rsidP="00CC6BE8"/>
        </w:tc>
      </w:tr>
      <w:tr w:rsidR="006131F2" w14:paraId="4BFC3BDE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20CA3F6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FAF5B3" w14:textId="77777777" w:rsidR="006131F2" w:rsidRDefault="006131F2" w:rsidP="00CC6BE8">
            <w:r>
              <w:t>The characteristics of an entrepreneur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B0ABFF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3C3128D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DAB9EE9" w14:textId="77777777" w:rsidR="006131F2" w:rsidRDefault="006131F2" w:rsidP="00CC6BE8"/>
        </w:tc>
      </w:tr>
      <w:tr w:rsidR="006131F2" w14:paraId="67321230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26918AB8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8836ADE" w14:textId="77777777" w:rsidR="006131F2" w:rsidRDefault="006131F2" w:rsidP="00CC6BE8">
            <w:r>
              <w:t>The objectives of an entrepreneur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4A79F11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D8E0F8A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F6FC18" w14:textId="77777777" w:rsidR="006131F2" w:rsidRDefault="006131F2" w:rsidP="00CC6BE8"/>
        </w:tc>
      </w:tr>
      <w:tr w:rsidR="006131F2" w14:paraId="0A10BCAF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6F0A3BE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8C65D81" w14:textId="77777777" w:rsidR="006131F2" w:rsidRDefault="006131F2" w:rsidP="00CC6BE8">
            <w:r>
              <w:t>How the business environment changes due to technology, the economic situation, legislation and environmental expectations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FE0184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8D151F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A701CE2" w14:textId="77777777" w:rsidR="006131F2" w:rsidRDefault="006131F2" w:rsidP="00CC6BE8"/>
        </w:tc>
      </w:tr>
      <w:tr w:rsidR="006131F2" w14:paraId="430EB364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F2329FD" w14:textId="77777777" w:rsidR="006131F2" w:rsidRDefault="006131F2" w:rsidP="00CC6BE8">
            <w:r>
              <w:t>Unit Title:</w:t>
            </w:r>
          </w:p>
        </w:tc>
      </w:tr>
      <w:tr w:rsidR="006131F2" w14:paraId="12A018EE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04CD0F" w14:textId="77777777" w:rsidR="006131F2" w:rsidRDefault="006131F2" w:rsidP="00CC6BE8">
            <w:r>
              <w:rPr>
                <w:b/>
              </w:rPr>
              <w:t>Business Ownership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13B881A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  <w:t>Company, Limited liability, Not-for-profit organisation, Partnership, Private Limited Company (Ltd), Public Limited Company (plc), Shareholder, Sole trader &amp; Unlimited liability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E10426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A68C9D8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1144B78" w14:textId="77777777" w:rsidR="006131F2" w:rsidRDefault="006131F2" w:rsidP="00CC6BE8"/>
        </w:tc>
      </w:tr>
      <w:tr w:rsidR="006131F2" w14:paraId="78974080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22E9303D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6EC5C77" w14:textId="77777777" w:rsidR="006131F2" w:rsidRDefault="006131F2" w:rsidP="00CC6BE8">
            <w:r>
              <w:t>What a sole trader is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4A425F0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8502075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FA1227" w14:textId="77777777" w:rsidR="006131F2" w:rsidRDefault="006131F2" w:rsidP="00CC6BE8"/>
        </w:tc>
      </w:tr>
      <w:tr w:rsidR="006131F2" w14:paraId="7E823C71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5D9262A3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DEF608" w14:textId="77777777" w:rsidR="006131F2" w:rsidRDefault="006131F2" w:rsidP="00CC6BE8">
            <w:r>
              <w:t>What a partnership is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B91838C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8706841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5C49A6" w14:textId="77777777" w:rsidR="006131F2" w:rsidRDefault="006131F2" w:rsidP="00CC6BE8"/>
        </w:tc>
      </w:tr>
      <w:tr w:rsidR="006131F2" w14:paraId="6268EC09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6555C4C4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6A8E03" w14:textId="77777777" w:rsidR="006131F2" w:rsidRDefault="006131F2" w:rsidP="00CC6BE8">
            <w:r>
              <w:t>What a private limited company (Ltd) is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D6D7C3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D204967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AACCE08" w14:textId="77777777" w:rsidR="006131F2" w:rsidRDefault="006131F2" w:rsidP="00CC6BE8"/>
        </w:tc>
      </w:tr>
      <w:tr w:rsidR="006131F2" w14:paraId="22E0C042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6E33FB05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31E248" w14:textId="77777777" w:rsidR="006131F2" w:rsidRDefault="006131F2" w:rsidP="00CC6BE8">
            <w:r>
              <w:t>What a public limited company (plc) is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3C2BA8D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07B7743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9AF61F" w14:textId="77777777" w:rsidR="006131F2" w:rsidRDefault="006131F2" w:rsidP="00CC6BE8"/>
        </w:tc>
      </w:tr>
      <w:tr w:rsidR="006131F2" w14:paraId="642F177A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233C5D69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D85488" w14:textId="77777777" w:rsidR="006131F2" w:rsidRDefault="006131F2" w:rsidP="00CC6BE8">
            <w:r>
              <w:t>What a not-for-profit organisation is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2FBD42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7C7905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33BB22C" w14:textId="77777777" w:rsidR="006131F2" w:rsidRDefault="006131F2" w:rsidP="00CC6BE8"/>
        </w:tc>
      </w:tr>
      <w:tr w:rsidR="006131F2" w14:paraId="743FF718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7DA486D2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BD52EE3" w14:textId="77777777" w:rsidR="006131F2" w:rsidRDefault="006131F2" w:rsidP="00CC6BE8">
            <w:r>
              <w:t>Advantages and disadvantages of each legal structure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C74730A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A6DFF6F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8ECECAA" w14:textId="77777777" w:rsidR="006131F2" w:rsidRDefault="006131F2" w:rsidP="00CC6BE8"/>
        </w:tc>
      </w:tr>
      <w:tr w:rsidR="006131F2" w14:paraId="686022EB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54F73C8B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BDA7ED5" w14:textId="77777777" w:rsidR="006131F2" w:rsidRDefault="006131F2" w:rsidP="00CC6BE8">
            <w:r>
              <w:t>The meaning and importance of limited liability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8407F27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5AE9D6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C99B86" w14:textId="77777777" w:rsidR="006131F2" w:rsidRDefault="006131F2" w:rsidP="00CC6BE8"/>
        </w:tc>
      </w:tr>
      <w:tr w:rsidR="006131F2" w14:paraId="5387A367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4B2876E6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A66341D" w14:textId="77777777" w:rsidR="006131F2" w:rsidRDefault="006131F2" w:rsidP="00CC6BE8">
            <w:r>
              <w:t>Which legal structure is most appropriate for different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EA1F37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9BC6349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39CD59" w14:textId="77777777" w:rsidR="006131F2" w:rsidRDefault="006131F2" w:rsidP="00CC6BE8"/>
        </w:tc>
      </w:tr>
      <w:tr w:rsidR="006131F2" w14:paraId="7BE402D6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594789E" w14:textId="77777777" w:rsidR="006131F2" w:rsidRDefault="006131F2" w:rsidP="00CC6BE8">
            <w:r>
              <w:t>Unit Title:</w:t>
            </w:r>
          </w:p>
        </w:tc>
      </w:tr>
      <w:tr w:rsidR="006131F2" w14:paraId="4761523C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4DC9D8" w14:textId="77777777" w:rsidR="006131F2" w:rsidRDefault="006131F2" w:rsidP="00CC6BE8">
            <w:r>
              <w:rPr>
                <w:b/>
              </w:rPr>
              <w:t>Setting Business aims and Objectives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4455848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  <w:t xml:space="preserve">Aim, Customer satisfaction, Ethical objectives, Growth, Market share, Objective, Profit </w:t>
            </w:r>
            <w:proofErr w:type="spellStart"/>
            <w:r>
              <w:rPr>
                <w:b/>
              </w:rPr>
              <w:t>maximisation</w:t>
            </w:r>
            <w:proofErr w:type="spellEnd"/>
            <w:r>
              <w:rPr>
                <w:b/>
              </w:rPr>
              <w:t>, Shareholder value, Social objectives &amp; Survival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58A2E4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A6DCB69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215908" w14:textId="77777777" w:rsidR="006131F2" w:rsidRDefault="006131F2" w:rsidP="00CC6BE8"/>
        </w:tc>
      </w:tr>
      <w:tr w:rsidR="006131F2" w14:paraId="40CD0455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7B9CA8D3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405AF79" w14:textId="77777777" w:rsidR="006131F2" w:rsidRDefault="006131F2" w:rsidP="00CC6BE8">
            <w:r>
              <w:t>The difference between aims and objectives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298282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8808EFE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FA70FA" w14:textId="77777777" w:rsidR="006131F2" w:rsidRDefault="006131F2" w:rsidP="00CC6BE8"/>
        </w:tc>
      </w:tr>
      <w:tr w:rsidR="006131F2" w14:paraId="116D9A36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42BFEBB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6D81B34" w14:textId="77777777" w:rsidR="006131F2" w:rsidRDefault="006131F2" w:rsidP="00CC6BE8">
            <w:r>
              <w:t>The purpose of setting objectives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98A0D6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5F10D4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155BC0" w14:textId="77777777" w:rsidR="006131F2" w:rsidRDefault="006131F2" w:rsidP="00CC6BE8"/>
        </w:tc>
      </w:tr>
      <w:tr w:rsidR="006131F2" w14:paraId="3FCA9AFB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4C1CBB4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B09A2D" w14:textId="77777777" w:rsidR="006131F2" w:rsidRDefault="006131F2" w:rsidP="00CC6BE8">
            <w:r>
              <w:t>The main aims and objectives of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176565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99C49C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118643F" w14:textId="77777777" w:rsidR="006131F2" w:rsidRDefault="006131F2" w:rsidP="00CC6BE8"/>
        </w:tc>
      </w:tr>
      <w:tr w:rsidR="006131F2" w14:paraId="2C2820B0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5AA85DB5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81FD062" w14:textId="77777777" w:rsidR="006131F2" w:rsidRDefault="006131F2" w:rsidP="00CC6BE8">
            <w:r>
              <w:t>The role of objectives in running a business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89FB18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372AA1A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0F46DE1" w14:textId="77777777" w:rsidR="006131F2" w:rsidRDefault="006131F2" w:rsidP="00CC6BE8"/>
        </w:tc>
      </w:tr>
      <w:tr w:rsidR="006131F2" w14:paraId="36885C50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A7AD283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4EAA582" w14:textId="77777777" w:rsidR="006131F2" w:rsidRDefault="006131F2" w:rsidP="00CC6BE8">
            <w:r>
              <w:t>How and why objectives may differ between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DC55B9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7D190D1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AD905E" w14:textId="77777777" w:rsidR="006131F2" w:rsidRDefault="006131F2" w:rsidP="00CC6BE8"/>
        </w:tc>
      </w:tr>
      <w:tr w:rsidR="006131F2" w14:paraId="1299D552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284A2DC6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0CACE0F" w14:textId="77777777" w:rsidR="006131F2" w:rsidRDefault="006131F2" w:rsidP="00CC6BE8">
            <w:r>
              <w:t>How and why objectives may change as businesses evolve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F4FFA14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39A8EE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12A03C" w14:textId="77777777" w:rsidR="006131F2" w:rsidRDefault="006131F2" w:rsidP="00CC6BE8"/>
        </w:tc>
      </w:tr>
      <w:tr w:rsidR="006131F2" w14:paraId="6E9FE06B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299751E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42EE0EE" w14:textId="77777777" w:rsidR="006131F2" w:rsidRDefault="006131F2" w:rsidP="00CC6BE8">
            <w:r>
              <w:t>How objectives can be used to judge business success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77ECEA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4C8C0C5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49837C2" w14:textId="77777777" w:rsidR="006131F2" w:rsidRDefault="006131F2" w:rsidP="00CC6BE8"/>
        </w:tc>
      </w:tr>
      <w:tr w:rsidR="006131F2" w14:paraId="70440FAE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6716C00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48EAAE" w14:textId="77777777" w:rsidR="006131F2" w:rsidRDefault="006131F2" w:rsidP="00CC6BE8">
            <w:r>
              <w:t>How business success can be measured in ways other than profit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05FF545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C512CA8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2B2C03" w14:textId="77777777" w:rsidR="006131F2" w:rsidRDefault="006131F2" w:rsidP="00CC6BE8"/>
        </w:tc>
      </w:tr>
      <w:tr w:rsidR="006131F2" w14:paraId="5AB78CD0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1A86EF" w14:textId="77777777" w:rsidR="006131F2" w:rsidRDefault="006131F2" w:rsidP="00CC6BE8">
            <w:r>
              <w:t>Unit Title:</w:t>
            </w:r>
          </w:p>
        </w:tc>
      </w:tr>
      <w:tr w:rsidR="006131F2" w14:paraId="70E77F41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EA1E97E" w14:textId="77777777" w:rsidR="006131F2" w:rsidRDefault="006131F2" w:rsidP="00CC6BE8">
            <w:r>
              <w:rPr>
                <w:b/>
              </w:rPr>
              <w:t>Stakeholders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877020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  <w:t>Customers, Employees, Local community, Owners, Stakeholder, Suppliers &amp; Shareholders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AE53DF0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85F082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68A0A4" w14:textId="77777777" w:rsidR="006131F2" w:rsidRDefault="006131F2" w:rsidP="00CC6BE8"/>
        </w:tc>
      </w:tr>
      <w:tr w:rsidR="006131F2" w14:paraId="3D891226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7C09CBFB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EE367A1" w14:textId="77777777" w:rsidR="006131F2" w:rsidRDefault="006131F2" w:rsidP="00CC6BE8">
            <w:r>
              <w:t>Who the main stakeholders of a business are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50B4051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BAF1912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61C9D7" w14:textId="77777777" w:rsidR="006131F2" w:rsidRDefault="006131F2" w:rsidP="00CC6BE8"/>
        </w:tc>
      </w:tr>
      <w:tr w:rsidR="006131F2" w14:paraId="0F64DBFF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4E8A1BDD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35BC1E2" w14:textId="77777777" w:rsidR="006131F2" w:rsidRDefault="006131F2" w:rsidP="00CC6BE8">
            <w:r>
              <w:t>What the objectives of different stakeholders are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229B15A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48590A7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0B3107" w14:textId="77777777" w:rsidR="006131F2" w:rsidRDefault="006131F2" w:rsidP="00CC6BE8"/>
        </w:tc>
      </w:tr>
      <w:tr w:rsidR="006131F2" w14:paraId="14EDAD55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2B588241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89CF6D" w14:textId="77777777" w:rsidR="006131F2" w:rsidRDefault="006131F2" w:rsidP="00CC6BE8">
            <w:r>
              <w:t>The impact of business activity on stakeholders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AE7844E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CB79FB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135D43" w14:textId="77777777" w:rsidR="006131F2" w:rsidRDefault="006131F2" w:rsidP="00CC6BE8"/>
        </w:tc>
      </w:tr>
      <w:tr w:rsidR="006131F2" w14:paraId="6E1A2252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7D1F4F1F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52B4FC6" w14:textId="77777777" w:rsidR="006131F2" w:rsidRDefault="006131F2" w:rsidP="00CC6BE8">
            <w:r>
              <w:t>The impact and influence stakeholders have on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A02DFA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110C1DC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AEA004C" w14:textId="77777777" w:rsidR="006131F2" w:rsidRDefault="006131F2" w:rsidP="00CC6BE8"/>
        </w:tc>
      </w:tr>
      <w:tr w:rsidR="006131F2" w14:paraId="470410C4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7BA3A543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07F6BF" w14:textId="77777777" w:rsidR="006131F2" w:rsidRDefault="006131F2" w:rsidP="00CC6BE8">
            <w:r>
              <w:t>How conflict can arise between stakeholder objectives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C91DD85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2EC12E1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59D1A3B" w14:textId="77777777" w:rsidR="006131F2" w:rsidRDefault="006131F2" w:rsidP="00CC6BE8"/>
        </w:tc>
      </w:tr>
      <w:tr w:rsidR="006131F2" w14:paraId="6F68C1D7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204060D" w14:textId="77777777" w:rsidR="006131F2" w:rsidRDefault="006131F2" w:rsidP="00CC6BE8">
            <w:r>
              <w:t>Unit Title:</w:t>
            </w:r>
          </w:p>
        </w:tc>
      </w:tr>
      <w:tr w:rsidR="006131F2" w14:paraId="208B6573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E139E3" w14:textId="77777777" w:rsidR="006131F2" w:rsidRDefault="006131F2" w:rsidP="00CC6BE8">
            <w:r>
              <w:rPr>
                <w:b/>
              </w:rPr>
              <w:t>Business location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B768FB4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  <w:t>Competition, Costs, Labour, Location, Market, Raw materials &amp; Proximity to market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73EF38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0ACF084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93C222" w14:textId="77777777" w:rsidR="006131F2" w:rsidRDefault="006131F2" w:rsidP="00CC6BE8"/>
        </w:tc>
      </w:tr>
      <w:tr w:rsidR="006131F2" w14:paraId="1D81DB22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EBFB11D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AFA7230" w14:textId="77777777" w:rsidR="006131F2" w:rsidRDefault="006131F2" w:rsidP="00CC6BE8">
            <w:r>
              <w:t>Why location is important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FB6E4F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CC3A27E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3D94C9" w14:textId="77777777" w:rsidR="006131F2" w:rsidRDefault="006131F2" w:rsidP="00CC6BE8"/>
        </w:tc>
      </w:tr>
      <w:tr w:rsidR="006131F2" w14:paraId="21FF5801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9C06159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4635D71" w14:textId="77777777" w:rsidR="006131F2" w:rsidRDefault="006131F2" w:rsidP="00CC6BE8">
            <w:r>
              <w:t>How proximity to the market can influence location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045DD0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8FE363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012F2F3" w14:textId="77777777" w:rsidR="006131F2" w:rsidRDefault="006131F2" w:rsidP="00CC6BE8"/>
        </w:tc>
      </w:tr>
      <w:tr w:rsidR="006131F2" w14:paraId="03E90555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5BDFDE6D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64E10D" w14:textId="77777777" w:rsidR="006131F2" w:rsidRDefault="006131F2" w:rsidP="00CC6BE8">
            <w:r>
              <w:t>How availability of raw materials can influence location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1A8750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C5EEDE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697637" w14:textId="77777777" w:rsidR="006131F2" w:rsidRDefault="006131F2" w:rsidP="00CC6BE8"/>
        </w:tc>
      </w:tr>
      <w:tr w:rsidR="006131F2" w14:paraId="692F09B9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D7E5031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D73821" w14:textId="77777777" w:rsidR="006131F2" w:rsidRDefault="006131F2" w:rsidP="00CC6BE8">
            <w:r>
              <w:t>How availability and cost of labour can influence location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890F2AE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BAA287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F9DA0E" w14:textId="77777777" w:rsidR="006131F2" w:rsidRDefault="006131F2" w:rsidP="00CC6BE8"/>
        </w:tc>
      </w:tr>
      <w:tr w:rsidR="006131F2" w14:paraId="3705019B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4C94F8B7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A1674A7" w14:textId="77777777" w:rsidR="006131F2" w:rsidRDefault="006131F2" w:rsidP="00CC6BE8">
            <w:r>
              <w:t>How competition and other costs can influence location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A85DAED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C2C68AD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B87FA0" w14:textId="77777777" w:rsidR="006131F2" w:rsidRDefault="006131F2" w:rsidP="00CC6BE8"/>
        </w:tc>
      </w:tr>
      <w:tr w:rsidR="006131F2" w14:paraId="73696C26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1B611D" w14:textId="77777777" w:rsidR="006131F2" w:rsidRDefault="006131F2" w:rsidP="00CC6BE8">
            <w:r>
              <w:t>Unit Title:</w:t>
            </w:r>
          </w:p>
        </w:tc>
      </w:tr>
      <w:tr w:rsidR="006131F2" w14:paraId="52A17959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E66ED1C" w14:textId="77777777" w:rsidR="006131F2" w:rsidRDefault="006131F2" w:rsidP="00CC6BE8">
            <w:r>
              <w:rPr>
                <w:b/>
              </w:rPr>
              <w:t>Business planning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DA31607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  <w:t>Business plan, Costs, Fixed costs, Loss, Profit, Revenue, Total costs &amp; Variable costs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90CFA1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7A1919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21A41C" w14:textId="77777777" w:rsidR="006131F2" w:rsidRDefault="006131F2" w:rsidP="00CC6BE8"/>
        </w:tc>
      </w:tr>
      <w:tr w:rsidR="006131F2" w14:paraId="7F59C8D6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7B9277F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52CF6A6" w14:textId="77777777" w:rsidR="006131F2" w:rsidRDefault="006131F2" w:rsidP="00CC6BE8">
            <w:r>
              <w:t>The reasons why businesses create business plans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FF0B09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570BC0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6A700F" w14:textId="77777777" w:rsidR="006131F2" w:rsidRDefault="006131F2" w:rsidP="00CC6BE8"/>
        </w:tc>
      </w:tr>
      <w:tr w:rsidR="006131F2" w14:paraId="38194F8C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27AAE55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7EBEA2" w14:textId="77777777" w:rsidR="006131F2" w:rsidRDefault="006131F2" w:rsidP="00CC6BE8">
            <w:r>
              <w:t>The main sections within a business plan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46418D4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195DE6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341514" w14:textId="77777777" w:rsidR="006131F2" w:rsidRDefault="006131F2" w:rsidP="00CC6BE8"/>
        </w:tc>
      </w:tr>
      <w:tr w:rsidR="006131F2" w14:paraId="37856D06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E0D78F0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E5692E" w14:textId="77777777" w:rsidR="006131F2" w:rsidRDefault="006131F2" w:rsidP="00CC6BE8">
            <w:r>
              <w:t>The benefits and drawbacks of business planning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00C2F4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1440227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9136138" w14:textId="77777777" w:rsidR="006131F2" w:rsidRDefault="006131F2" w:rsidP="00CC6BE8"/>
        </w:tc>
      </w:tr>
      <w:tr w:rsidR="006131F2" w14:paraId="210B6E26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4B44431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2A8CA70" w14:textId="77777777" w:rsidR="006131F2" w:rsidRDefault="006131F2" w:rsidP="00CC6BE8">
            <w:r>
              <w:t>The difference between fixed, variable and total costs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06B2533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7EC855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D81E32" w14:textId="77777777" w:rsidR="006131F2" w:rsidRDefault="006131F2" w:rsidP="00CC6BE8"/>
        </w:tc>
      </w:tr>
      <w:tr w:rsidR="006131F2" w14:paraId="16994B0A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4E8D5AFB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E82B59" w14:textId="77777777" w:rsidR="006131F2" w:rsidRDefault="006131F2" w:rsidP="00CC6BE8">
            <w:r>
              <w:t>The meaning of revenue, costs, profit and loss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8D3B8D8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670332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F26F01" w14:textId="77777777" w:rsidR="006131F2" w:rsidRDefault="006131F2" w:rsidP="00CC6BE8"/>
        </w:tc>
      </w:tr>
      <w:tr w:rsidR="006131F2" w14:paraId="3694977D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1E071AA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A752E9E" w14:textId="77777777" w:rsidR="006131F2" w:rsidRDefault="006131F2" w:rsidP="00CC6BE8">
            <w:r>
              <w:t>How financial information in a business plan can support decision making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C8A5584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1FF74EE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35AF58" w14:textId="77777777" w:rsidR="006131F2" w:rsidRDefault="006131F2" w:rsidP="00CC6BE8"/>
        </w:tc>
      </w:tr>
      <w:tr w:rsidR="006131F2" w14:paraId="5C32202A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846C0D" w14:textId="77777777" w:rsidR="006131F2" w:rsidRDefault="006131F2" w:rsidP="00CC6BE8">
            <w:r>
              <w:t>Unit Title:</w:t>
            </w:r>
          </w:p>
        </w:tc>
      </w:tr>
      <w:tr w:rsidR="006131F2" w14:paraId="09CFD4C7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A08C566" w14:textId="77777777" w:rsidR="006131F2" w:rsidRDefault="006131F2" w:rsidP="00CC6BE8">
            <w:r>
              <w:rPr>
                <w:b/>
              </w:rPr>
              <w:lastRenderedPageBreak/>
              <w:t>Expanding a business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D89A13D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  <w:t>Average unit cost, Diseconomies of scale, Economies of scale, E-commerce, External growth, Franchise, Franchising, Merger, Organic growth, Outsourcing, Purchasing economies of scale, Takeover &amp; Technical economies of scale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FB6A10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F20DDE7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EDA495" w14:textId="77777777" w:rsidR="006131F2" w:rsidRDefault="006131F2" w:rsidP="00CC6BE8"/>
        </w:tc>
      </w:tr>
      <w:tr w:rsidR="006131F2" w14:paraId="12B3660D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5229875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3F82E5" w14:textId="77777777" w:rsidR="006131F2" w:rsidRDefault="006131F2" w:rsidP="00CC6BE8">
            <w:r>
              <w:t>The methods businesses use to expand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8D3C1E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483C31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39EFDA" w14:textId="77777777" w:rsidR="006131F2" w:rsidRDefault="006131F2" w:rsidP="00CC6BE8"/>
        </w:tc>
      </w:tr>
      <w:tr w:rsidR="006131F2" w14:paraId="07B34E03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75EAAC3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C9AA7E" w14:textId="77777777" w:rsidR="006131F2" w:rsidRDefault="006131F2" w:rsidP="00CC6BE8">
            <w:r>
              <w:t>The benefits and drawbacks of expansion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9E91B2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481F0C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3DBF0D7" w14:textId="77777777" w:rsidR="006131F2" w:rsidRDefault="006131F2" w:rsidP="00CC6BE8"/>
        </w:tc>
      </w:tr>
      <w:tr w:rsidR="006131F2" w14:paraId="1667BDF6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4C47DC5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199648" w14:textId="77777777" w:rsidR="006131F2" w:rsidRDefault="006131F2" w:rsidP="00CC6BE8">
            <w:r>
              <w:t>Organic growth through franchising, opening new stores and e-commerce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DA705F9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9CF5AE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F89D971" w14:textId="77777777" w:rsidR="006131F2" w:rsidRDefault="006131F2" w:rsidP="00CC6BE8"/>
        </w:tc>
      </w:tr>
      <w:tr w:rsidR="006131F2" w14:paraId="52C63886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24EF4E3A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98C1F8" w14:textId="77777777" w:rsidR="006131F2" w:rsidRDefault="006131F2" w:rsidP="00CC6BE8">
            <w:r>
              <w:t>Outsourcing as a method of expansion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55F1B9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2753F9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9CD4468" w14:textId="77777777" w:rsidR="006131F2" w:rsidRDefault="006131F2" w:rsidP="00CC6BE8"/>
        </w:tc>
      </w:tr>
      <w:tr w:rsidR="006131F2" w14:paraId="16690D93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9735881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9170EF2" w14:textId="77777777" w:rsidR="006131F2" w:rsidRDefault="006131F2" w:rsidP="00CC6BE8">
            <w:r>
              <w:t>External growth through mergers and takeovers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4A56210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AFB4EF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ABD2CB7" w14:textId="77777777" w:rsidR="006131F2" w:rsidRDefault="006131F2" w:rsidP="00CC6BE8"/>
        </w:tc>
      </w:tr>
      <w:tr w:rsidR="006131F2" w14:paraId="35899563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573A7081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7FAF63A" w14:textId="77777777" w:rsidR="006131F2" w:rsidRDefault="006131F2" w:rsidP="00CC6BE8">
            <w:r>
              <w:t>The meaning and benefits of purchasing economies of scale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1C50874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EE22DDF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0694DC" w14:textId="77777777" w:rsidR="006131F2" w:rsidRDefault="006131F2" w:rsidP="00CC6BE8"/>
        </w:tc>
      </w:tr>
      <w:tr w:rsidR="006131F2" w14:paraId="7AD85797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7A34CC28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890886" w14:textId="77777777" w:rsidR="006131F2" w:rsidRDefault="006131F2" w:rsidP="00CC6BE8">
            <w:r>
              <w:t>The meaning and benefits of technical economies of scale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218EF65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1A4D30D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418000" w14:textId="77777777" w:rsidR="006131F2" w:rsidRDefault="006131F2" w:rsidP="00CC6BE8"/>
        </w:tc>
      </w:tr>
      <w:tr w:rsidR="006131F2" w14:paraId="0839D98F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58A522A8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2F68F6" w14:textId="77777777" w:rsidR="006131F2" w:rsidRDefault="006131F2" w:rsidP="00CC6BE8">
            <w:r>
              <w:t>The causes of diseconomies of scale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DA8EB6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A1EB27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4C72DEE" w14:textId="77777777" w:rsidR="006131F2" w:rsidRDefault="006131F2" w:rsidP="00CC6BE8"/>
        </w:tc>
      </w:tr>
      <w:tr w:rsidR="006131F2" w14:paraId="483BAD0B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2E5BEB1D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75778CD" w14:textId="77777777" w:rsidR="006131F2" w:rsidRDefault="006131F2" w:rsidP="00CC6BE8">
            <w:r>
              <w:t>How to calculate and interpret average unit costs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C20BF8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C51E51C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CF4FF8" w14:textId="77777777" w:rsidR="006131F2" w:rsidRDefault="006131F2" w:rsidP="00CC6BE8"/>
        </w:tc>
      </w:tr>
      <w:tr w:rsidR="006131F2" w14:paraId="6DC807F5" w14:textId="77777777" w:rsidTr="00CC6BE8">
        <w:trPr>
          <w:cantSplit/>
          <w:jc w:val="center"/>
        </w:trPr>
        <w:tc>
          <w:tcPr>
            <w:tcW w:w="10479" w:type="dxa"/>
            <w:gridSpan w:val="5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6A5191" w14:textId="77777777" w:rsidR="006131F2" w:rsidRDefault="006131F2" w:rsidP="00CC6BE8">
            <w:pPr>
              <w:jc w:val="center"/>
            </w:pPr>
            <w:r>
              <w:rPr>
                <w:b/>
                <w:sz w:val="28"/>
              </w:rPr>
              <w:t>3.3: Business Operations</w:t>
            </w:r>
          </w:p>
        </w:tc>
      </w:tr>
      <w:tr w:rsidR="006131F2" w14:paraId="721FC41C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DE62B81" w14:textId="77777777" w:rsidR="006131F2" w:rsidRDefault="006131F2" w:rsidP="00CC6BE8">
            <w:r>
              <w:t>Unit Title:</w:t>
            </w:r>
          </w:p>
        </w:tc>
      </w:tr>
      <w:tr w:rsidR="006131F2" w14:paraId="7975F9CA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B3549E" w14:textId="77777777" w:rsidR="006131F2" w:rsidRDefault="006131F2" w:rsidP="00CC6BE8">
            <w:r>
              <w:rPr>
                <w:b/>
              </w:rPr>
              <w:t>Production processes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C20159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  <w:t>Efficiency, Flow production, Job production, Just in time (JIT) &amp; Lean production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BA85E7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4AFCF34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ACC107" w14:textId="77777777" w:rsidR="006131F2" w:rsidRDefault="006131F2" w:rsidP="00CC6BE8"/>
        </w:tc>
      </w:tr>
      <w:tr w:rsidR="006131F2" w14:paraId="47E497C9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DFCA8D4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E59CF7" w14:textId="77777777" w:rsidR="006131F2" w:rsidRDefault="006131F2" w:rsidP="00CC6BE8">
            <w:r>
              <w:t>The features of job production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3C3824E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E6AA442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C2C3B1C" w14:textId="77777777" w:rsidR="006131F2" w:rsidRDefault="006131F2" w:rsidP="00CC6BE8"/>
        </w:tc>
      </w:tr>
      <w:tr w:rsidR="006131F2" w14:paraId="092AF9C3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279FC22D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E90F1E" w14:textId="77777777" w:rsidR="006131F2" w:rsidRDefault="006131F2" w:rsidP="00CC6BE8">
            <w:r>
              <w:t>The features of flow production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F5B26A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CA4F0B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5473E3A" w14:textId="77777777" w:rsidR="006131F2" w:rsidRDefault="006131F2" w:rsidP="00CC6BE8"/>
        </w:tc>
      </w:tr>
      <w:tr w:rsidR="006131F2" w14:paraId="73C60F45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50BC5447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3FA0899" w14:textId="77777777" w:rsidR="006131F2" w:rsidRDefault="006131F2" w:rsidP="00CC6BE8">
            <w:r>
              <w:t>When job and flow production are appropriate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A28C980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C6E6E6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94F69F" w14:textId="77777777" w:rsidR="006131F2" w:rsidRDefault="006131F2" w:rsidP="00CC6BE8"/>
        </w:tc>
      </w:tr>
      <w:tr w:rsidR="006131F2" w14:paraId="3832E939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044BE49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8449F82" w14:textId="77777777" w:rsidR="006131F2" w:rsidRDefault="006131F2" w:rsidP="00CC6BE8">
            <w:r>
              <w:t>How lean production can improve efficiency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A7FF6A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FE6066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C4E931" w14:textId="77777777" w:rsidR="006131F2" w:rsidRDefault="006131F2" w:rsidP="00CC6BE8"/>
        </w:tc>
      </w:tr>
      <w:tr w:rsidR="006131F2" w14:paraId="6680446F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42A032E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AC8BC87" w14:textId="77777777" w:rsidR="006131F2" w:rsidRDefault="006131F2" w:rsidP="00CC6BE8">
            <w:r>
              <w:t>How just in time (JIT) can reduce waste and improve efficiency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1F53F16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822A19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495EBB4" w14:textId="77777777" w:rsidR="006131F2" w:rsidRDefault="006131F2" w:rsidP="00CC6BE8"/>
        </w:tc>
      </w:tr>
      <w:tr w:rsidR="006131F2" w14:paraId="436D0FA1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1CE53AD" w14:textId="77777777" w:rsidR="006131F2" w:rsidRDefault="006131F2" w:rsidP="00CC6BE8">
            <w:r>
              <w:t>Unit Title:</w:t>
            </w:r>
          </w:p>
        </w:tc>
      </w:tr>
      <w:tr w:rsidR="006131F2" w14:paraId="4ABD4467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9FD7006" w14:textId="77777777" w:rsidR="006131F2" w:rsidRDefault="006131F2" w:rsidP="00CC6BE8">
            <w:r>
              <w:rPr>
                <w:b/>
              </w:rPr>
              <w:t>The role of procurement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ABF7C89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  <w:t>Buffer stock, Just in case (JIC), Just in time (JIT), Logistics, Procurement, Quality, Reliability, Supplier &amp; Supply chain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F194BE4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81458A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255A590" w14:textId="77777777" w:rsidR="006131F2" w:rsidRDefault="006131F2" w:rsidP="00CC6BE8"/>
        </w:tc>
      </w:tr>
      <w:tr w:rsidR="006131F2" w14:paraId="34F40BEA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59F5FB02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AB6287" w14:textId="77777777" w:rsidR="006131F2" w:rsidRDefault="006131F2" w:rsidP="00CC6BE8">
            <w:r>
              <w:t>The meaning of procurement and logistics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5EFB6F9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84B57CF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D746283" w14:textId="77777777" w:rsidR="006131F2" w:rsidRDefault="006131F2" w:rsidP="00CC6BE8"/>
        </w:tc>
      </w:tr>
      <w:tr w:rsidR="006131F2" w14:paraId="63ED2C72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179DF0F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6F0E21" w14:textId="77777777" w:rsidR="006131F2" w:rsidRDefault="006131F2" w:rsidP="00CC6BE8">
            <w:r>
              <w:t>The benefits and drawbacks of using JIT to manage stock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7DCCFF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B2E37A3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1962B9" w14:textId="77777777" w:rsidR="006131F2" w:rsidRDefault="006131F2" w:rsidP="00CC6BE8"/>
        </w:tc>
      </w:tr>
      <w:tr w:rsidR="006131F2" w14:paraId="412C2D2F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CCEF811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B0F782C" w14:textId="77777777" w:rsidR="006131F2" w:rsidRDefault="006131F2" w:rsidP="00CC6BE8">
            <w:r>
              <w:t>The benefits and drawbacks of holding buffer stock using JIC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B81FB37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8F2E8B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F961DC" w14:textId="77777777" w:rsidR="006131F2" w:rsidRDefault="006131F2" w:rsidP="00CC6BE8"/>
        </w:tc>
      </w:tr>
      <w:tr w:rsidR="006131F2" w14:paraId="5FC2AAA5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56CE2C14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7DEA76" w14:textId="77777777" w:rsidR="006131F2" w:rsidRDefault="006131F2" w:rsidP="00CC6BE8">
            <w:r>
              <w:t>How price, quality and reliability affect the choice of supplier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98799E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77EB0EA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255C710" w14:textId="77777777" w:rsidR="006131F2" w:rsidRDefault="006131F2" w:rsidP="00CC6BE8"/>
        </w:tc>
      </w:tr>
      <w:tr w:rsidR="006131F2" w14:paraId="0FA64A66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4A196344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B02140D" w14:textId="77777777" w:rsidR="006131F2" w:rsidRDefault="006131F2" w:rsidP="00CC6BE8">
            <w:r>
              <w:t>How procurement and logistics can affect efficiency and unit costs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C8033A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9308D00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9E3D66" w14:textId="77777777" w:rsidR="006131F2" w:rsidRDefault="006131F2" w:rsidP="00CC6BE8"/>
        </w:tc>
      </w:tr>
      <w:tr w:rsidR="006131F2" w14:paraId="2060CEBA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7980E472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C8EEDC" w14:textId="77777777" w:rsidR="006131F2" w:rsidRDefault="006131F2" w:rsidP="00CC6BE8">
            <w:r>
              <w:t>The meaning of a supply chain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7805B18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337426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FB93C4" w14:textId="77777777" w:rsidR="006131F2" w:rsidRDefault="006131F2" w:rsidP="00CC6BE8"/>
        </w:tc>
      </w:tr>
      <w:tr w:rsidR="006131F2" w14:paraId="594EBF5C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CE76740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470C623" w14:textId="77777777" w:rsidR="006131F2" w:rsidRDefault="006131F2" w:rsidP="00CC6BE8">
            <w:r>
              <w:t>The benefits of effective supply chain management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6DF5EB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8023F8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CF0B4A4" w14:textId="77777777" w:rsidR="006131F2" w:rsidRDefault="006131F2" w:rsidP="00CC6BE8"/>
        </w:tc>
      </w:tr>
      <w:tr w:rsidR="006131F2" w14:paraId="2ADE493D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D1006B6" w14:textId="77777777" w:rsidR="006131F2" w:rsidRDefault="006131F2" w:rsidP="00CC6BE8">
            <w:r>
              <w:t>Unit Title:</w:t>
            </w:r>
          </w:p>
        </w:tc>
      </w:tr>
      <w:tr w:rsidR="006131F2" w14:paraId="5B53D554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CAC69D3" w14:textId="77777777" w:rsidR="006131F2" w:rsidRDefault="006131F2" w:rsidP="00CC6BE8">
            <w:r>
              <w:rPr>
                <w:b/>
              </w:rPr>
              <w:t>The concept of quality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64941F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  <w:t>Customer expectations, Inspection, Product recall, Quality, Reputation &amp; Total quality management (TQM)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6936C9C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BA868C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EC87596" w14:textId="77777777" w:rsidR="006131F2" w:rsidRDefault="006131F2" w:rsidP="00CC6BE8"/>
        </w:tc>
      </w:tr>
      <w:tr w:rsidR="006131F2" w14:paraId="4583CD6B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A2BEF8D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91CD9D" w14:textId="77777777" w:rsidR="006131F2" w:rsidRDefault="006131F2" w:rsidP="00CC6BE8">
            <w:r>
              <w:t>What customers expect from quality goods and services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89CE42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BAAC18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F68E0C6" w14:textId="77777777" w:rsidR="006131F2" w:rsidRDefault="006131F2" w:rsidP="00CC6BE8"/>
        </w:tc>
      </w:tr>
      <w:tr w:rsidR="006131F2" w14:paraId="3A659649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6C6C5244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29CF716" w14:textId="77777777" w:rsidR="006131F2" w:rsidRDefault="006131F2" w:rsidP="00CC6BE8">
            <w:r>
              <w:t>How businesses identify and measure quality problems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ABFCE8D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63BC9C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C4767CA" w14:textId="77777777" w:rsidR="006131F2" w:rsidRDefault="006131F2" w:rsidP="00CC6BE8"/>
        </w:tc>
      </w:tr>
      <w:tr w:rsidR="006131F2" w14:paraId="03B5B0AF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6643498E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69C106" w14:textId="77777777" w:rsidR="006131F2" w:rsidRDefault="006131F2" w:rsidP="00CC6BE8">
            <w:r>
              <w:t>The consequences of poor quality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1EE75B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9E88A5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2ECDBB5" w14:textId="77777777" w:rsidR="006131F2" w:rsidRDefault="006131F2" w:rsidP="00CC6BE8"/>
        </w:tc>
      </w:tr>
      <w:tr w:rsidR="006131F2" w14:paraId="6E4397F1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6C47DBD9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CA0F77" w14:textId="77777777" w:rsidR="006131F2" w:rsidRDefault="006131F2" w:rsidP="00CC6BE8">
            <w:r>
              <w:t>How Total Quality Management (TQM) maintains consistent quality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1C016FB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13E715A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38F5F30" w14:textId="77777777" w:rsidR="006131F2" w:rsidRDefault="006131F2" w:rsidP="00CC6BE8"/>
        </w:tc>
      </w:tr>
      <w:tr w:rsidR="006131F2" w14:paraId="5EFE4879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228DAC8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45E0997" w14:textId="77777777" w:rsidR="006131F2" w:rsidRDefault="006131F2" w:rsidP="00CC6BE8">
            <w:r>
              <w:t>The costs and benefits of maintaining quality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6A2C505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D6CF828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78D7DE" w14:textId="77777777" w:rsidR="006131F2" w:rsidRDefault="006131F2" w:rsidP="00CC6BE8"/>
        </w:tc>
      </w:tr>
      <w:tr w:rsidR="006131F2" w14:paraId="23835459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5C2F2837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26B327" w14:textId="77777777" w:rsidR="006131F2" w:rsidRDefault="006131F2" w:rsidP="00CC6BE8">
            <w:r>
              <w:t>How growth, outsourcing and franchising can create quality issues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B3AB99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ACACA8C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C93F04" w14:textId="77777777" w:rsidR="006131F2" w:rsidRDefault="006131F2" w:rsidP="00CC6BE8"/>
        </w:tc>
      </w:tr>
      <w:tr w:rsidR="006131F2" w14:paraId="5476EB9A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0479049" w14:textId="77777777" w:rsidR="006131F2" w:rsidRDefault="006131F2" w:rsidP="00CC6BE8">
            <w:r>
              <w:t>Unit Title:</w:t>
            </w:r>
          </w:p>
        </w:tc>
      </w:tr>
      <w:tr w:rsidR="006131F2" w14:paraId="2C04D1E6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1395DCB" w14:textId="77777777" w:rsidR="006131F2" w:rsidRDefault="006131F2" w:rsidP="00CC6BE8">
            <w:r>
              <w:rPr>
                <w:b/>
              </w:rPr>
              <w:t>Good customer services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0D01DB9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  <w:t>Customer engagement, Customer loyalty, Customer satisfaction, E-commerce, Post-sales service, Product knowledge, Profitability, Sales process, Social media &amp; Websites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11081E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712C6F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C26761" w14:textId="77777777" w:rsidR="006131F2" w:rsidRDefault="006131F2" w:rsidP="00CC6BE8"/>
        </w:tc>
      </w:tr>
      <w:tr w:rsidR="006131F2" w14:paraId="6541B026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4FF54057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B23701" w14:textId="77777777" w:rsidR="006131F2" w:rsidRDefault="006131F2" w:rsidP="00CC6BE8">
            <w:r>
              <w:t>The methods businesses use to provide good customer service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5F4DC54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B580D7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1CC1C0" w14:textId="77777777" w:rsidR="006131F2" w:rsidRDefault="006131F2" w:rsidP="00CC6BE8"/>
        </w:tc>
      </w:tr>
      <w:tr w:rsidR="006131F2" w14:paraId="77778959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240F93FF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4AD7096" w14:textId="77777777" w:rsidR="006131F2" w:rsidRDefault="006131F2" w:rsidP="00CC6BE8">
            <w:r>
              <w:t>The meaning and importance of product knowledge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CC4E0E5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7F45FB8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090E53" w14:textId="77777777" w:rsidR="006131F2" w:rsidRDefault="006131F2" w:rsidP="00CC6BE8"/>
        </w:tc>
      </w:tr>
      <w:tr w:rsidR="006131F2" w14:paraId="4F381775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FDD1DA2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C6A4E6" w14:textId="77777777" w:rsidR="006131F2" w:rsidRDefault="006131F2" w:rsidP="00CC6BE8">
            <w:r>
              <w:t>How customer engagement creates a positive customer experience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B0C53F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8BFCD8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46FC729" w14:textId="77777777" w:rsidR="006131F2" w:rsidRDefault="006131F2" w:rsidP="00CC6BE8"/>
        </w:tc>
      </w:tr>
      <w:tr w:rsidR="006131F2" w14:paraId="278353F7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5E8B9BF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C2AB0D9" w14:textId="77777777" w:rsidR="006131F2" w:rsidRDefault="006131F2" w:rsidP="00CC6BE8">
            <w:r>
              <w:t>The role of post-sales service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CF5437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DEA496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5CE9D5" w14:textId="77777777" w:rsidR="006131F2" w:rsidRDefault="006131F2" w:rsidP="00CC6BE8"/>
        </w:tc>
      </w:tr>
      <w:tr w:rsidR="006131F2" w14:paraId="51FAF9D7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7438FE6C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9857151" w14:textId="77777777" w:rsidR="006131F2" w:rsidRDefault="006131F2" w:rsidP="00CC6BE8">
            <w:r>
              <w:t>The benefits of good customer service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590279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C0B1D3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F72CBA2" w14:textId="77777777" w:rsidR="006131F2" w:rsidRDefault="006131F2" w:rsidP="00CC6BE8"/>
        </w:tc>
      </w:tr>
      <w:tr w:rsidR="006131F2" w14:paraId="1151A684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244F8DD7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0137B1" w14:textId="77777777" w:rsidR="006131F2" w:rsidRDefault="006131F2" w:rsidP="00CC6BE8">
            <w:r>
              <w:t>The dangers of poor customer service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C238D3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0AC0FB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D9A3E38" w14:textId="77777777" w:rsidR="006131F2" w:rsidRDefault="006131F2" w:rsidP="00CC6BE8"/>
        </w:tc>
      </w:tr>
      <w:tr w:rsidR="006131F2" w14:paraId="4BF99C0B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46DC3F7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2037C14" w14:textId="77777777" w:rsidR="006131F2" w:rsidRDefault="006131F2" w:rsidP="00CC6BE8">
            <w:r>
              <w:t>The stages of the sales process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BBB839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973BF2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AE3B092" w14:textId="77777777" w:rsidR="006131F2" w:rsidRDefault="006131F2" w:rsidP="00CC6BE8"/>
        </w:tc>
      </w:tr>
      <w:tr w:rsidR="006131F2" w14:paraId="52E3E9A3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41E42504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6CEE2E" w14:textId="77777777" w:rsidR="006131F2" w:rsidRDefault="006131F2" w:rsidP="00CC6BE8">
            <w:r>
              <w:t>How websites, e-commerce and social media have developed customer service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5FA51D9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F22C454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D2A3D4" w14:textId="77777777" w:rsidR="006131F2" w:rsidRDefault="006131F2" w:rsidP="00CC6BE8"/>
        </w:tc>
      </w:tr>
      <w:tr w:rsidR="006131F2" w14:paraId="2D9C57F6" w14:textId="77777777" w:rsidTr="00CC6BE8">
        <w:trPr>
          <w:cantSplit/>
          <w:jc w:val="center"/>
        </w:trPr>
        <w:tc>
          <w:tcPr>
            <w:tcW w:w="10479" w:type="dxa"/>
            <w:gridSpan w:val="5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C86E218" w14:textId="77777777" w:rsidR="006131F2" w:rsidRDefault="006131F2" w:rsidP="00CC6BE8">
            <w:pPr>
              <w:jc w:val="center"/>
            </w:pPr>
            <w:r>
              <w:rPr>
                <w:b/>
                <w:sz w:val="28"/>
              </w:rPr>
              <w:t>3.4: Human Resources</w:t>
            </w:r>
          </w:p>
        </w:tc>
      </w:tr>
      <w:tr w:rsidR="006131F2" w14:paraId="7E1F1CE7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1E73668" w14:textId="77777777" w:rsidR="006131F2" w:rsidRDefault="006131F2" w:rsidP="00CC6BE8">
            <w:r>
              <w:t>Unit Title:</w:t>
            </w:r>
          </w:p>
        </w:tc>
      </w:tr>
      <w:tr w:rsidR="006131F2" w14:paraId="7DDF2ECC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AA4C40E" w14:textId="77777777" w:rsidR="006131F2" w:rsidRDefault="006131F2" w:rsidP="00CC6BE8">
            <w:proofErr w:type="spellStart"/>
            <w:r>
              <w:rPr>
                <w:b/>
              </w:rPr>
              <w:t>Organisational</w:t>
            </w:r>
            <w:proofErr w:type="spellEnd"/>
            <w:r>
              <w:rPr>
                <w:b/>
              </w:rPr>
              <w:t xml:space="preserve"> structures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02038E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Centralisation</w:t>
            </w:r>
            <w:proofErr w:type="spellEnd"/>
            <w:r>
              <w:rPr>
                <w:b/>
              </w:rPr>
              <w:t xml:space="preserve">, Chain of command, </w:t>
            </w:r>
            <w:proofErr w:type="spellStart"/>
            <w:r>
              <w:rPr>
                <w:b/>
              </w:rPr>
              <w:t>Decentralisation</w:t>
            </w:r>
            <w:proofErr w:type="spellEnd"/>
            <w:r>
              <w:rPr>
                <w:b/>
              </w:rPr>
              <w:t xml:space="preserve">, Delayering, Delegation, Flat structure, Hierarchy, </w:t>
            </w:r>
            <w:proofErr w:type="spellStart"/>
            <w:r>
              <w:rPr>
                <w:b/>
              </w:rPr>
              <w:t>Organisational</w:t>
            </w:r>
            <w:proofErr w:type="spellEnd"/>
            <w:r>
              <w:rPr>
                <w:b/>
              </w:rPr>
              <w:t xml:space="preserve"> structure, Span of control &amp; Tall structure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E4F60CF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41D9B7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4A0644" w14:textId="77777777" w:rsidR="006131F2" w:rsidRDefault="006131F2" w:rsidP="00CC6BE8"/>
        </w:tc>
      </w:tr>
      <w:tr w:rsidR="006131F2" w14:paraId="7B8A39F1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76134EFA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C9CB39" w14:textId="77777777" w:rsidR="006131F2" w:rsidRDefault="006131F2" w:rsidP="00CC6BE8">
            <w:r>
              <w:t xml:space="preserve">The meaning of internal </w:t>
            </w:r>
            <w:proofErr w:type="spellStart"/>
            <w:r>
              <w:t>organisational</w:t>
            </w:r>
            <w:proofErr w:type="spellEnd"/>
            <w:r>
              <w:t xml:space="preserve"> structures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1863408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86E715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5BD1BE" w14:textId="77777777" w:rsidR="006131F2" w:rsidRDefault="006131F2" w:rsidP="00CC6BE8"/>
        </w:tc>
      </w:tr>
      <w:tr w:rsidR="006131F2" w14:paraId="4D56A944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0DDBD2E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AF2D1B" w14:textId="77777777" w:rsidR="006131F2" w:rsidRDefault="006131F2" w:rsidP="00CC6BE8">
            <w:r>
              <w:t>The meaning of span of control and chain of command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C6242C5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A85C54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EAD768" w14:textId="77777777" w:rsidR="006131F2" w:rsidRDefault="006131F2" w:rsidP="00CC6BE8"/>
        </w:tc>
      </w:tr>
      <w:tr w:rsidR="006131F2" w14:paraId="66A9C0F2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0A8728B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3EF3FF" w14:textId="77777777" w:rsidR="006131F2" w:rsidRDefault="006131F2" w:rsidP="00CC6BE8">
            <w:r>
              <w:t>The meaning and impact of delayering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F234BA2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819896D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6B9F2F0" w14:textId="77777777" w:rsidR="006131F2" w:rsidRDefault="006131F2" w:rsidP="00CC6BE8"/>
        </w:tc>
      </w:tr>
      <w:tr w:rsidR="006131F2" w14:paraId="42AF91E5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95BE300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203DBB" w14:textId="77777777" w:rsidR="006131F2" w:rsidRDefault="006131F2" w:rsidP="00CC6BE8">
            <w:r>
              <w:t>The meaning and impact of delegation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0ED1AC1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2846A3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B2AC40A" w14:textId="77777777" w:rsidR="006131F2" w:rsidRDefault="006131F2" w:rsidP="00CC6BE8"/>
        </w:tc>
      </w:tr>
      <w:tr w:rsidR="006131F2" w14:paraId="1B8F7241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647CC4FF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19E5D6E" w14:textId="77777777" w:rsidR="006131F2" w:rsidRDefault="006131F2" w:rsidP="00CC6BE8">
            <w:r>
              <w:t xml:space="preserve">Why businesses use </w:t>
            </w:r>
            <w:proofErr w:type="spellStart"/>
            <w:r>
              <w:t>organisational</w:t>
            </w:r>
            <w:proofErr w:type="spellEnd"/>
            <w:r>
              <w:t xml:space="preserve"> structures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7302ED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442040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6963582" w14:textId="77777777" w:rsidR="006131F2" w:rsidRDefault="006131F2" w:rsidP="00CC6BE8"/>
        </w:tc>
      </w:tr>
      <w:tr w:rsidR="006131F2" w14:paraId="38DCB613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691ED9AA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F91357C" w14:textId="77777777" w:rsidR="006131F2" w:rsidRDefault="006131F2" w:rsidP="00CC6BE8">
            <w:r>
              <w:t>The impact of tall and flat structures on management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BDB102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3C8732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1B7176" w14:textId="77777777" w:rsidR="006131F2" w:rsidRDefault="006131F2" w:rsidP="00CC6BE8"/>
        </w:tc>
      </w:tr>
      <w:tr w:rsidR="006131F2" w14:paraId="71743C8D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641DAA3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6D49A0" w14:textId="77777777" w:rsidR="006131F2" w:rsidRDefault="006131F2" w:rsidP="00CC6BE8">
            <w:r>
              <w:t xml:space="preserve">How </w:t>
            </w:r>
            <w:proofErr w:type="spellStart"/>
            <w:r>
              <w:t>organisational</w:t>
            </w:r>
            <w:proofErr w:type="spellEnd"/>
            <w:r>
              <w:t xml:space="preserve"> structure affects communication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AE519F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87E1A14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BB3885" w14:textId="77777777" w:rsidR="006131F2" w:rsidRDefault="006131F2" w:rsidP="00CC6BE8"/>
        </w:tc>
      </w:tr>
      <w:tr w:rsidR="006131F2" w14:paraId="6D6BFE0F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343DF31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DD618EB" w14:textId="77777777" w:rsidR="006131F2" w:rsidRDefault="006131F2" w:rsidP="00CC6BE8">
            <w:r>
              <w:t xml:space="preserve">The meaning of </w:t>
            </w:r>
            <w:proofErr w:type="spellStart"/>
            <w:r>
              <w:t>centralisation</w:t>
            </w:r>
            <w:proofErr w:type="spellEnd"/>
            <w:r>
              <w:t xml:space="preserve"> and </w:t>
            </w:r>
            <w:proofErr w:type="spellStart"/>
            <w:r>
              <w:t>decentralisation</w:t>
            </w:r>
            <w:proofErr w:type="spellEnd"/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86B91B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077EA19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35C77C7" w14:textId="77777777" w:rsidR="006131F2" w:rsidRDefault="006131F2" w:rsidP="00CC6BE8"/>
        </w:tc>
      </w:tr>
      <w:tr w:rsidR="006131F2" w14:paraId="55B9B31C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2FE6D73" w14:textId="77777777" w:rsidR="006131F2" w:rsidRDefault="006131F2" w:rsidP="00CC6BE8">
            <w:r>
              <w:t>Unit Title:</w:t>
            </w:r>
          </w:p>
        </w:tc>
      </w:tr>
      <w:tr w:rsidR="006131F2" w14:paraId="61C87EF1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192D4F" w14:textId="77777777" w:rsidR="006131F2" w:rsidRDefault="006131F2" w:rsidP="00CC6BE8">
            <w:r>
              <w:rPr>
                <w:b/>
              </w:rPr>
              <w:lastRenderedPageBreak/>
              <w:t>Recruitment and selection of employees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0EC1E5E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  <w:t>Contract of employment, External recruitment, Full time, Internal recruitment, Job analysis, Job description, Job share, Part time, Person specification, Recruitment, Selection &amp; Zero hour contract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D55E0DB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9FE9D4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DA53AA" w14:textId="77777777" w:rsidR="006131F2" w:rsidRDefault="006131F2" w:rsidP="00CC6BE8"/>
        </w:tc>
      </w:tr>
      <w:tr w:rsidR="006131F2" w14:paraId="1C33DA26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63BAC9C0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FDAC1AA" w14:textId="77777777" w:rsidR="006131F2" w:rsidRDefault="006131F2" w:rsidP="00CC6BE8">
            <w:r>
              <w:t>Why businesses need to recruit employees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445459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664C003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26F939" w14:textId="77777777" w:rsidR="006131F2" w:rsidRDefault="006131F2" w:rsidP="00CC6BE8"/>
        </w:tc>
      </w:tr>
      <w:tr w:rsidR="006131F2" w14:paraId="7C070826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C44A080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FCE06EC" w14:textId="77777777" w:rsidR="006131F2" w:rsidRDefault="006131F2" w:rsidP="00CC6BE8">
            <w:r>
              <w:t>The difference between internal and external recruitment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EC5CF5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B6F8F2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97942DE" w14:textId="77777777" w:rsidR="006131F2" w:rsidRDefault="006131F2" w:rsidP="00CC6BE8"/>
        </w:tc>
      </w:tr>
      <w:tr w:rsidR="006131F2" w14:paraId="11AF5AC9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4D0A147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C7E3DB" w14:textId="77777777" w:rsidR="006131F2" w:rsidRDefault="006131F2" w:rsidP="00CC6BE8">
            <w:r>
              <w:t>The benefits and drawbacks of internal and external recruitment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7D11D8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E22314F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CA7320" w14:textId="77777777" w:rsidR="006131F2" w:rsidRDefault="006131F2" w:rsidP="00CC6BE8"/>
        </w:tc>
      </w:tr>
      <w:tr w:rsidR="006131F2" w14:paraId="24C72B91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F3A816D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83F31C" w14:textId="77777777" w:rsidR="006131F2" w:rsidRDefault="006131F2" w:rsidP="00CC6BE8">
            <w:r>
              <w:t>The main stages in recruitment and selection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B126213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B4931C4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071541" w14:textId="77777777" w:rsidR="006131F2" w:rsidRDefault="006131F2" w:rsidP="00CC6BE8"/>
        </w:tc>
      </w:tr>
      <w:tr w:rsidR="006131F2" w14:paraId="337B90E2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7DF220F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62A5EC3" w14:textId="77777777" w:rsidR="006131F2" w:rsidRDefault="006131F2" w:rsidP="00CC6BE8">
            <w:r>
              <w:t>The purpose of job analysis, job descriptions and person specifications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28212FD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1F5DF0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563748F" w14:textId="77777777" w:rsidR="006131F2" w:rsidRDefault="006131F2" w:rsidP="00CC6BE8"/>
        </w:tc>
      </w:tr>
      <w:tr w:rsidR="006131F2" w14:paraId="1EB54B7D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2671ED0B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B9F88A6" w14:textId="77777777" w:rsidR="006131F2" w:rsidRDefault="006131F2" w:rsidP="00CC6BE8">
            <w:r>
              <w:t>The selection methods businesses can use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4A3759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43A32A9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B67BBA" w14:textId="77777777" w:rsidR="006131F2" w:rsidRDefault="006131F2" w:rsidP="00CC6BE8"/>
        </w:tc>
      </w:tr>
      <w:tr w:rsidR="006131F2" w14:paraId="65A2CEE1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2C1DC7BD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D846286" w14:textId="77777777" w:rsidR="006131F2" w:rsidRDefault="006131F2" w:rsidP="00CC6BE8">
            <w:r>
              <w:t>The benefits of an effective recruitment and selection process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AC45F62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A8C0EFD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27D853" w14:textId="77777777" w:rsidR="006131F2" w:rsidRDefault="006131F2" w:rsidP="00CC6BE8"/>
        </w:tc>
      </w:tr>
      <w:tr w:rsidR="006131F2" w14:paraId="01A3B787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1E768C7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5AB685F" w14:textId="77777777" w:rsidR="006131F2" w:rsidRDefault="006131F2" w:rsidP="00CC6BE8">
            <w:r>
              <w:t xml:space="preserve">The differences between full-time, part-time, job share and </w:t>
            </w:r>
            <w:proofErr w:type="spellStart"/>
            <w:r>
              <w:t>zero-hour</w:t>
            </w:r>
            <w:proofErr w:type="spellEnd"/>
            <w:r>
              <w:t xml:space="preserve"> contracts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BCFC253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C5EE4BD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79E06D" w14:textId="77777777" w:rsidR="006131F2" w:rsidRDefault="006131F2" w:rsidP="00CC6BE8"/>
        </w:tc>
      </w:tr>
      <w:tr w:rsidR="006131F2" w14:paraId="514AAE93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0C46853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E2E710" w14:textId="77777777" w:rsidR="006131F2" w:rsidRDefault="006131F2" w:rsidP="00CC6BE8">
            <w:r>
              <w:t>The benefits of full-time and part-time employment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C7048C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E06551C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3FBE345" w14:textId="77777777" w:rsidR="006131F2" w:rsidRDefault="006131F2" w:rsidP="00CC6BE8"/>
        </w:tc>
      </w:tr>
      <w:tr w:rsidR="006131F2" w14:paraId="6BFB7A4C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9181572" w14:textId="77777777" w:rsidR="006131F2" w:rsidRDefault="006131F2" w:rsidP="00CC6BE8">
            <w:r>
              <w:t>Unit Title:</w:t>
            </w:r>
          </w:p>
        </w:tc>
      </w:tr>
      <w:tr w:rsidR="006131F2" w14:paraId="023ED8B6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8FA52E" w14:textId="77777777" w:rsidR="006131F2" w:rsidRDefault="006131F2" w:rsidP="00CC6BE8">
            <w:r>
              <w:rPr>
                <w:b/>
              </w:rPr>
              <w:t>Motivating employees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6C09B06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  <w:t>Commission, Fringe benefits, Motivation, Profit sharing, Responsibility, Salary, Wage &amp; Management style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07E955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8F258B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69FF9CC" w14:textId="77777777" w:rsidR="006131F2" w:rsidRDefault="006131F2" w:rsidP="00CC6BE8"/>
        </w:tc>
      </w:tr>
      <w:tr w:rsidR="006131F2" w14:paraId="0E950D3D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400C6A2D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5212B2" w14:textId="77777777" w:rsidR="006131F2" w:rsidRDefault="006131F2" w:rsidP="00CC6BE8">
            <w:r>
              <w:t>The importance and benefits of a motivated workforce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2A4190B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61A7CB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6EE6B1" w14:textId="77777777" w:rsidR="006131F2" w:rsidRDefault="006131F2" w:rsidP="00CC6BE8"/>
        </w:tc>
      </w:tr>
      <w:tr w:rsidR="006131F2" w14:paraId="093309DD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7299715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195C3C3" w14:textId="77777777" w:rsidR="006131F2" w:rsidRDefault="006131F2" w:rsidP="00CC6BE8">
            <w:r>
              <w:t>How motivation can improve staff retention and productivity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9840673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F85838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A5D5282" w14:textId="77777777" w:rsidR="006131F2" w:rsidRDefault="006131F2" w:rsidP="00CC6BE8"/>
        </w:tc>
      </w:tr>
      <w:tr w:rsidR="006131F2" w14:paraId="3AF37532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60E2573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7BF6F29" w14:textId="77777777" w:rsidR="006131F2" w:rsidRDefault="006131F2" w:rsidP="00CC6BE8">
            <w:r>
              <w:t>Financial methods of motivation: salary, wage, commission and profit sharing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18758D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3626D26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023D38" w14:textId="77777777" w:rsidR="006131F2" w:rsidRDefault="006131F2" w:rsidP="00CC6BE8"/>
        </w:tc>
      </w:tr>
      <w:tr w:rsidR="006131F2" w14:paraId="2901A8CC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28E3CF90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69E9D55" w14:textId="77777777" w:rsidR="006131F2" w:rsidRDefault="006131F2" w:rsidP="00CC6BE8">
            <w:r>
              <w:t>Non-financial methods of motivation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E068D6F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C6CC712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41DDF06" w14:textId="77777777" w:rsidR="006131F2" w:rsidRDefault="006131F2" w:rsidP="00CC6BE8"/>
        </w:tc>
      </w:tr>
      <w:tr w:rsidR="006131F2" w14:paraId="22B04D8C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3FB555C1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AA79712" w14:textId="77777777" w:rsidR="006131F2" w:rsidRDefault="006131F2" w:rsidP="00CC6BE8">
            <w:r>
              <w:t>How management style can motivate employees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5B4BBA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7515A2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CBB374" w14:textId="77777777" w:rsidR="006131F2" w:rsidRDefault="006131F2" w:rsidP="00CC6BE8"/>
        </w:tc>
      </w:tr>
      <w:tr w:rsidR="006131F2" w14:paraId="604A6F89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609BB69E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B9C588" w14:textId="77777777" w:rsidR="006131F2" w:rsidRDefault="006131F2" w:rsidP="00CC6BE8">
            <w:r>
              <w:t>How training and greater responsibility can motivate employees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DBCF19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A499A4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DA72531" w14:textId="77777777" w:rsidR="006131F2" w:rsidRDefault="006131F2" w:rsidP="00CC6BE8"/>
        </w:tc>
      </w:tr>
      <w:tr w:rsidR="006131F2" w14:paraId="013120CC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22A5D774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473A35" w14:textId="77777777" w:rsidR="006131F2" w:rsidRDefault="006131F2" w:rsidP="00CC6BE8">
            <w:r>
              <w:t>How fringe benefits can motivate employees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90DE83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2B550EF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EEB8B8" w14:textId="77777777" w:rsidR="006131F2" w:rsidRDefault="006131F2" w:rsidP="00CC6BE8"/>
        </w:tc>
      </w:tr>
      <w:tr w:rsidR="006131F2" w14:paraId="79098BA6" w14:textId="77777777" w:rsidTr="00CC6BE8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4C3DD31" w14:textId="77777777" w:rsidR="006131F2" w:rsidRDefault="006131F2" w:rsidP="00CC6BE8">
            <w:r>
              <w:t>Unit Title:</w:t>
            </w:r>
          </w:p>
        </w:tc>
      </w:tr>
      <w:tr w:rsidR="006131F2" w14:paraId="11ABA107" w14:textId="77777777" w:rsidTr="00CC6BE8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3F455B" w14:textId="77777777" w:rsidR="006131F2" w:rsidRDefault="006131F2" w:rsidP="00CC6BE8">
            <w:r>
              <w:rPr>
                <w:b/>
              </w:rPr>
              <w:t>Training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C549D2E" w14:textId="77777777" w:rsidR="006131F2" w:rsidRDefault="006131F2" w:rsidP="00CC6BE8">
            <w:r>
              <w:rPr>
                <w:b/>
              </w:rPr>
              <w:t>Key Terms:</w:t>
            </w:r>
            <w:r>
              <w:rPr>
                <w:b/>
              </w:rPr>
              <w:br/>
              <w:t>Induction, Motivation, Off-the-job training, On-the-job training, Productivity, Quality, Staff retention &amp; Training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51EE7EC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B40606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580458" w14:textId="77777777" w:rsidR="006131F2" w:rsidRDefault="006131F2" w:rsidP="00CC6BE8"/>
        </w:tc>
      </w:tr>
      <w:tr w:rsidR="006131F2" w14:paraId="01A3F7F9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04D432B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166FE3" w14:textId="77777777" w:rsidR="006131F2" w:rsidRDefault="006131F2" w:rsidP="00CC6BE8">
            <w:r>
              <w:t>The importance of training the workforce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ACF11D7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4EC13B6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BD0635" w14:textId="77777777" w:rsidR="006131F2" w:rsidRDefault="006131F2" w:rsidP="00CC6BE8"/>
        </w:tc>
      </w:tr>
      <w:tr w:rsidR="006131F2" w14:paraId="1CBB4077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0A6CC156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41A45D" w14:textId="77777777" w:rsidR="006131F2" w:rsidRDefault="006131F2" w:rsidP="00CC6BE8">
            <w:r>
              <w:t>How training can increase productivity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4B3188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B7F0E7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4A1C2CF" w14:textId="77777777" w:rsidR="006131F2" w:rsidRDefault="006131F2" w:rsidP="00CC6BE8"/>
        </w:tc>
      </w:tr>
      <w:tr w:rsidR="006131F2" w14:paraId="3A12A790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56A4D0B9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E82B97" w14:textId="77777777" w:rsidR="006131F2" w:rsidRDefault="006131F2" w:rsidP="00CC6BE8">
            <w:r>
              <w:t>How training can help employees deal with changes in technology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4DD0649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4714D6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F701F3" w14:textId="77777777" w:rsidR="006131F2" w:rsidRDefault="006131F2" w:rsidP="00CC6BE8"/>
        </w:tc>
      </w:tr>
      <w:tr w:rsidR="006131F2" w14:paraId="736801A9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78B30272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671C608" w14:textId="77777777" w:rsidR="006131F2" w:rsidRDefault="006131F2" w:rsidP="00CC6BE8">
            <w:r>
              <w:t>How training can increase motivation and staff retention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C6C2B3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2823CB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F209A0" w14:textId="77777777" w:rsidR="006131F2" w:rsidRDefault="006131F2" w:rsidP="00CC6BE8"/>
        </w:tc>
      </w:tr>
      <w:tr w:rsidR="006131F2" w14:paraId="5550DFE7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7814959F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BCDDE3" w14:textId="77777777" w:rsidR="006131F2" w:rsidRDefault="006131F2" w:rsidP="00CC6BE8">
            <w:r>
              <w:t>How training can improve quality and customer service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0992150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9FB75A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49E7DD" w14:textId="77777777" w:rsidR="006131F2" w:rsidRDefault="006131F2" w:rsidP="00CC6BE8"/>
        </w:tc>
      </w:tr>
      <w:tr w:rsidR="006131F2" w14:paraId="0C66EFBB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1AAA79DC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911B7B4" w14:textId="77777777" w:rsidR="006131F2" w:rsidRDefault="006131F2" w:rsidP="00CC6BE8">
            <w:r>
              <w:t>The purpose and benefits of induction training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C13281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BB6EF5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69C7CA8" w14:textId="77777777" w:rsidR="006131F2" w:rsidRDefault="006131F2" w:rsidP="00CC6BE8"/>
        </w:tc>
      </w:tr>
      <w:tr w:rsidR="006131F2" w14:paraId="26100796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6407A356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412023F" w14:textId="77777777" w:rsidR="006131F2" w:rsidRDefault="006131F2" w:rsidP="00CC6BE8">
            <w:r>
              <w:t>The benefits and drawbacks of on-the-job training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ECE2DC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C7DFB3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DD9E55" w14:textId="77777777" w:rsidR="006131F2" w:rsidRDefault="006131F2" w:rsidP="00CC6BE8"/>
        </w:tc>
      </w:tr>
      <w:tr w:rsidR="006131F2" w14:paraId="03110C9D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4FFFBDC3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11FCB7E" w14:textId="77777777" w:rsidR="006131F2" w:rsidRDefault="006131F2" w:rsidP="00CC6BE8">
            <w:r>
              <w:t>The benefits and drawbacks of off-the-job training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CE5898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629A56C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BBF0C8" w14:textId="77777777" w:rsidR="006131F2" w:rsidRDefault="006131F2" w:rsidP="00CC6BE8"/>
        </w:tc>
      </w:tr>
      <w:tr w:rsidR="006131F2" w14:paraId="26F6D9B2" w14:textId="77777777" w:rsidTr="00CC6BE8">
        <w:trPr>
          <w:cantSplit/>
          <w:jc w:val="center"/>
        </w:trPr>
        <w:tc>
          <w:tcPr>
            <w:tcW w:w="1718" w:type="dxa"/>
            <w:vMerge/>
          </w:tcPr>
          <w:p w14:paraId="401DA25A" w14:textId="77777777" w:rsidR="006131F2" w:rsidRDefault="006131F2" w:rsidP="00CC6BE8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BEA1CD5" w14:textId="77777777" w:rsidR="006131F2" w:rsidRDefault="006131F2" w:rsidP="00CC6BE8">
            <w:r>
              <w:t>How to evaluate the most appropriate training method for different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F60E274" w14:textId="77777777" w:rsidR="006131F2" w:rsidRDefault="006131F2" w:rsidP="00CC6BE8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2DC7C7D" w14:textId="77777777" w:rsidR="006131F2" w:rsidRDefault="006131F2" w:rsidP="00CC6BE8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FA0CD76" w14:textId="77777777" w:rsidR="006131F2" w:rsidRDefault="006131F2" w:rsidP="00CC6BE8"/>
        </w:tc>
      </w:tr>
    </w:tbl>
    <w:p w14:paraId="670A537C" w14:textId="77777777" w:rsidR="006131F2" w:rsidRDefault="006131F2" w:rsidP="006131F2"/>
    <w:p w14:paraId="516E3DAF" w14:textId="77777777" w:rsidR="006131F2" w:rsidRDefault="006131F2"/>
    <w:sectPr w:rsidR="006131F2" w:rsidSect="00034616">
      <w:pgSz w:w="11905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1311411">
    <w:abstractNumId w:val="8"/>
  </w:num>
  <w:num w:numId="2" w16cid:durableId="248272694">
    <w:abstractNumId w:val="6"/>
  </w:num>
  <w:num w:numId="3" w16cid:durableId="1784957155">
    <w:abstractNumId w:val="5"/>
  </w:num>
  <w:num w:numId="4" w16cid:durableId="1904949917">
    <w:abstractNumId w:val="4"/>
  </w:num>
  <w:num w:numId="5" w16cid:durableId="1659264179">
    <w:abstractNumId w:val="7"/>
  </w:num>
  <w:num w:numId="6" w16cid:durableId="196742138">
    <w:abstractNumId w:val="3"/>
  </w:num>
  <w:num w:numId="7" w16cid:durableId="1551532015">
    <w:abstractNumId w:val="2"/>
  </w:num>
  <w:num w:numId="8" w16cid:durableId="8918989">
    <w:abstractNumId w:val="1"/>
  </w:num>
  <w:num w:numId="9" w16cid:durableId="1023744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38B4"/>
    <w:rsid w:val="003D2122"/>
    <w:rsid w:val="005E2836"/>
    <w:rsid w:val="006131F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97C2F5"/>
  <w14:defaultImageDpi w14:val="300"/>
  <w15:docId w15:val="{C7996E69-443A-4AAD-83EF-6ACA3EFF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E3CEE8-2D68-4640-949D-3A4AB778C368}"/>
</file>

<file path=customXml/itemProps3.xml><?xml version="1.0" encoding="utf-8"?>
<ds:datastoreItem xmlns:ds="http://schemas.openxmlformats.org/officeDocument/2006/customXml" ds:itemID="{D08D16F3-5B32-4563-A30A-31F918063C21}"/>
</file>

<file path=customXml/itemProps4.xml><?xml version="1.0" encoding="utf-8"?>
<ds:datastoreItem xmlns:ds="http://schemas.openxmlformats.org/officeDocument/2006/customXml" ds:itemID="{6CF4DC6E-3258-4AA0-934D-8B0E7665E0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2903</Words>
  <Characters>16553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 Emanuel</cp:lastModifiedBy>
  <cp:revision>2</cp:revision>
  <dcterms:created xsi:type="dcterms:W3CDTF">2013-12-23T23:15:00Z</dcterms:created>
  <dcterms:modified xsi:type="dcterms:W3CDTF">2026-09-16T12:59:00Z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Exam_x0020_Board">
    <vt:lpwstr/>
  </property>
  <property fmtid="{D5CDD505-2E9C-101B-9397-08002B2CF9AE}" pid="4" name="Topic">
    <vt:lpwstr/>
  </property>
  <property fmtid="{D5CDD505-2E9C-101B-9397-08002B2CF9AE}" pid="5" name="Term">
    <vt:lpwstr/>
  </property>
  <property fmtid="{D5CDD505-2E9C-101B-9397-08002B2CF9AE}" pid="6" name="MediaServiceImageTags">
    <vt:lpwstr/>
  </property>
  <property fmtid="{D5CDD505-2E9C-101B-9397-08002B2CF9AE}" pid="7" name="Week">
    <vt:lpwstr/>
  </property>
  <property fmtid="{D5CDD505-2E9C-101B-9397-08002B2CF9AE}" pid="8" name="Exam Board">
    <vt:lpwstr/>
  </property>
</Properties>
</file>