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D9FD" w14:textId="77777777" w:rsidR="008E3BA7" w:rsidRDefault="0004422D">
      <w:pPr>
        <w:spacing w:after="160"/>
        <w:jc w:val="center"/>
      </w:pPr>
      <w:r>
        <w:rPr>
          <w:b/>
          <w:sz w:val="28"/>
          <w:u w:val="single"/>
        </w:rPr>
        <w:t>GCSE Business Audit – for Year 10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18"/>
        <w:gridCol w:w="6071"/>
        <w:gridCol w:w="991"/>
        <w:gridCol w:w="849"/>
        <w:gridCol w:w="850"/>
      </w:tblGrid>
      <w:tr w:rsidR="008E3BA7" w14:paraId="0BBE7C9A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B4B633" w14:textId="73E0CE8E" w:rsidR="008E3BA7" w:rsidRDefault="004A7CB0">
            <w:pPr>
              <w:jc w:val="center"/>
            </w:pPr>
            <w:r>
              <w:rPr>
                <w:b/>
                <w:sz w:val="28"/>
              </w:rPr>
              <w:t>3.1</w:t>
            </w:r>
            <w:r w:rsidR="0004422D">
              <w:rPr>
                <w:b/>
                <w:sz w:val="28"/>
              </w:rPr>
              <w:t>: Business in the Real World</w:t>
            </w:r>
          </w:p>
        </w:tc>
      </w:tr>
      <w:tr w:rsidR="008E3BA7" w14:paraId="2371570A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BECAA8" w14:textId="77777777" w:rsidR="008E3BA7" w:rsidRDefault="0004422D">
            <w:r>
              <w:t>Unit Title:</w:t>
            </w:r>
          </w:p>
        </w:tc>
      </w:tr>
      <w:tr w:rsidR="008E3BA7" w14:paraId="663B84FD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24E376" w14:textId="77777777" w:rsidR="008E3BA7" w:rsidRDefault="0004422D">
            <w:r>
              <w:rPr>
                <w:b/>
              </w:rPr>
              <w:t>The purpose and nature of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3714FC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Business, Customer, Enterprise, Entrepreneur, Entrepreneurship, Factors of production, Goods, Land, Labour, Capital, Needs, Opportunity cost, Primary sector, Secondary sector, Service, Social enterprise, Tertiary sector &amp; Wants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2CEFB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F46C15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E35B8A" w14:textId="77777777" w:rsidR="008E3BA7" w:rsidRDefault="008E3BA7"/>
        </w:tc>
      </w:tr>
      <w:tr w:rsidR="008E3BA7" w14:paraId="0A37F17F" w14:textId="77777777">
        <w:trPr>
          <w:cantSplit/>
          <w:jc w:val="center"/>
        </w:trPr>
        <w:tc>
          <w:tcPr>
            <w:tcW w:w="1718" w:type="dxa"/>
            <w:vMerge/>
          </w:tcPr>
          <w:p w14:paraId="1469BF2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D7A59F" w14:textId="77777777" w:rsidR="008E3BA7" w:rsidRDefault="0004422D">
            <w:r>
              <w:t>The purpose of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F985C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8ED66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C4DBFB" w14:textId="77777777" w:rsidR="008E3BA7" w:rsidRDefault="008E3BA7"/>
        </w:tc>
      </w:tr>
      <w:tr w:rsidR="008E3BA7" w14:paraId="5D18D482" w14:textId="77777777">
        <w:trPr>
          <w:cantSplit/>
          <w:jc w:val="center"/>
        </w:trPr>
        <w:tc>
          <w:tcPr>
            <w:tcW w:w="1718" w:type="dxa"/>
            <w:vMerge/>
          </w:tcPr>
          <w:p w14:paraId="1F38494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605F8B" w14:textId="77777777" w:rsidR="008E3BA7" w:rsidRDefault="0004422D">
            <w:r>
              <w:t>The reasons for starting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3E322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17207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465433" w14:textId="77777777" w:rsidR="008E3BA7" w:rsidRDefault="008E3BA7"/>
        </w:tc>
      </w:tr>
      <w:tr w:rsidR="008E3BA7" w14:paraId="7A6B44E5" w14:textId="77777777">
        <w:trPr>
          <w:cantSplit/>
          <w:jc w:val="center"/>
        </w:trPr>
        <w:tc>
          <w:tcPr>
            <w:tcW w:w="1718" w:type="dxa"/>
            <w:vMerge/>
          </w:tcPr>
          <w:p w14:paraId="1C9D70F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03A997" w14:textId="77777777" w:rsidR="008E3BA7" w:rsidRDefault="0004422D">
            <w:r>
              <w:t>The difference between goods and services, and needs and wants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8DFB5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F0319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AC3B49" w14:textId="77777777" w:rsidR="008E3BA7" w:rsidRDefault="008E3BA7"/>
        </w:tc>
      </w:tr>
      <w:tr w:rsidR="008E3BA7" w14:paraId="0D34F3C6" w14:textId="77777777">
        <w:trPr>
          <w:cantSplit/>
          <w:jc w:val="center"/>
        </w:trPr>
        <w:tc>
          <w:tcPr>
            <w:tcW w:w="1718" w:type="dxa"/>
            <w:vMerge/>
          </w:tcPr>
          <w:p w14:paraId="003EFC2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5D3546" w14:textId="77777777" w:rsidR="008E3BA7" w:rsidRDefault="0004422D">
            <w:r>
              <w:t>The four factors of production: land, labour, capital and enterprise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D179A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33C40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F369F6" w14:textId="77777777" w:rsidR="008E3BA7" w:rsidRDefault="008E3BA7"/>
        </w:tc>
      </w:tr>
      <w:tr w:rsidR="008E3BA7" w14:paraId="1D3E686B" w14:textId="77777777">
        <w:trPr>
          <w:cantSplit/>
          <w:jc w:val="center"/>
        </w:trPr>
        <w:tc>
          <w:tcPr>
            <w:tcW w:w="1718" w:type="dxa"/>
            <w:vMerge/>
          </w:tcPr>
          <w:p w14:paraId="4378B637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F33A2B" w14:textId="77777777" w:rsidR="008E3BA7" w:rsidRDefault="0004422D">
            <w:r>
              <w:t>The meaning of opportunity cost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0B437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27D66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598489" w14:textId="77777777" w:rsidR="008E3BA7" w:rsidRDefault="008E3BA7"/>
        </w:tc>
      </w:tr>
      <w:tr w:rsidR="008E3BA7" w14:paraId="3B41B178" w14:textId="77777777">
        <w:trPr>
          <w:cantSplit/>
          <w:jc w:val="center"/>
        </w:trPr>
        <w:tc>
          <w:tcPr>
            <w:tcW w:w="1718" w:type="dxa"/>
            <w:vMerge/>
          </w:tcPr>
          <w:p w14:paraId="7E38930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6D82A8" w14:textId="77777777" w:rsidR="008E3BA7" w:rsidRDefault="0004422D">
            <w:r>
              <w:t>The three sectors of business: primary, secondary and tertiary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3A3E7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7B80D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09E276" w14:textId="77777777" w:rsidR="008E3BA7" w:rsidRDefault="008E3BA7"/>
        </w:tc>
      </w:tr>
      <w:tr w:rsidR="008E3BA7" w14:paraId="446FDA59" w14:textId="77777777">
        <w:trPr>
          <w:cantSplit/>
          <w:jc w:val="center"/>
        </w:trPr>
        <w:tc>
          <w:tcPr>
            <w:tcW w:w="1718" w:type="dxa"/>
            <w:vMerge/>
          </w:tcPr>
          <w:p w14:paraId="624211F2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B76A73" w14:textId="77777777" w:rsidR="008E3BA7" w:rsidRDefault="0004422D">
            <w:r>
              <w:t>What is meant by enterprise and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7B891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46B32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53FF24" w14:textId="77777777" w:rsidR="008E3BA7" w:rsidRDefault="008E3BA7"/>
        </w:tc>
      </w:tr>
      <w:tr w:rsidR="008E3BA7" w14:paraId="56364418" w14:textId="77777777">
        <w:trPr>
          <w:cantSplit/>
          <w:jc w:val="center"/>
        </w:trPr>
        <w:tc>
          <w:tcPr>
            <w:tcW w:w="1718" w:type="dxa"/>
            <w:vMerge/>
          </w:tcPr>
          <w:p w14:paraId="1218731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04A66E" w14:textId="77777777" w:rsidR="008E3BA7" w:rsidRDefault="0004422D">
            <w:r>
              <w:t>The characteristics of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7198B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FC544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3A4A04" w14:textId="77777777" w:rsidR="008E3BA7" w:rsidRDefault="008E3BA7"/>
        </w:tc>
      </w:tr>
      <w:tr w:rsidR="008E3BA7" w14:paraId="7C9B74E1" w14:textId="77777777">
        <w:trPr>
          <w:cantSplit/>
          <w:jc w:val="center"/>
        </w:trPr>
        <w:tc>
          <w:tcPr>
            <w:tcW w:w="1718" w:type="dxa"/>
            <w:vMerge/>
          </w:tcPr>
          <w:p w14:paraId="7ADF3D9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4AF5E4" w14:textId="77777777" w:rsidR="008E3BA7" w:rsidRDefault="0004422D">
            <w:r>
              <w:t>The objectives of an entrepreneur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C8077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D33FB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3F2C82" w14:textId="77777777" w:rsidR="008E3BA7" w:rsidRDefault="008E3BA7"/>
        </w:tc>
      </w:tr>
      <w:tr w:rsidR="008E3BA7" w14:paraId="55C2F74A" w14:textId="77777777">
        <w:trPr>
          <w:cantSplit/>
          <w:jc w:val="center"/>
        </w:trPr>
        <w:tc>
          <w:tcPr>
            <w:tcW w:w="1718" w:type="dxa"/>
            <w:vMerge/>
          </w:tcPr>
          <w:p w14:paraId="72DFCD1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CC57E8" w14:textId="77777777" w:rsidR="008E3BA7" w:rsidRDefault="0004422D">
            <w:r>
              <w:t>How the business environment changes due to technology, the economic situation, legislation and environmental expectations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5523B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4710E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60FC7C" w14:textId="77777777" w:rsidR="008E3BA7" w:rsidRDefault="008E3BA7"/>
        </w:tc>
      </w:tr>
      <w:tr w:rsidR="008E3BA7" w14:paraId="104E455B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95AE58" w14:textId="77777777" w:rsidR="008E3BA7" w:rsidRDefault="0004422D">
            <w:r>
              <w:t>Unit Title:</w:t>
            </w:r>
          </w:p>
        </w:tc>
      </w:tr>
      <w:tr w:rsidR="008E3BA7" w14:paraId="6266D2AB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C7704E" w14:textId="77777777" w:rsidR="008E3BA7" w:rsidRDefault="0004422D">
            <w:r>
              <w:rPr>
                <w:b/>
              </w:rPr>
              <w:t>Business Ownership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2C154F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Company, Limited liability, Not-for-profit organisation, Partnership, Private Limited Company (Ltd), Public Limited Company (plc), Shareholder, Sole trader &amp; Unlimited liability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3A61A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C0F127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F02276" w14:textId="77777777" w:rsidR="008E3BA7" w:rsidRDefault="008E3BA7"/>
        </w:tc>
      </w:tr>
      <w:tr w:rsidR="008E3BA7" w14:paraId="00C29ADF" w14:textId="77777777">
        <w:trPr>
          <w:cantSplit/>
          <w:jc w:val="center"/>
        </w:trPr>
        <w:tc>
          <w:tcPr>
            <w:tcW w:w="1718" w:type="dxa"/>
            <w:vMerge/>
          </w:tcPr>
          <w:p w14:paraId="1DACE71B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2AA963" w14:textId="77777777" w:rsidR="008E3BA7" w:rsidRDefault="0004422D">
            <w:r>
              <w:t>What a sole trader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B105B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362E8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A2D499" w14:textId="77777777" w:rsidR="008E3BA7" w:rsidRDefault="008E3BA7"/>
        </w:tc>
      </w:tr>
      <w:tr w:rsidR="008E3BA7" w14:paraId="1D989A9F" w14:textId="77777777">
        <w:trPr>
          <w:cantSplit/>
          <w:jc w:val="center"/>
        </w:trPr>
        <w:tc>
          <w:tcPr>
            <w:tcW w:w="1718" w:type="dxa"/>
            <w:vMerge/>
          </w:tcPr>
          <w:p w14:paraId="44BC13B6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4CF785" w14:textId="77777777" w:rsidR="008E3BA7" w:rsidRDefault="0004422D">
            <w:r>
              <w:t>What a partnership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C09CC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4B7B0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BC65C1" w14:textId="77777777" w:rsidR="008E3BA7" w:rsidRDefault="008E3BA7"/>
        </w:tc>
      </w:tr>
      <w:tr w:rsidR="008E3BA7" w14:paraId="0E8D6EF0" w14:textId="77777777">
        <w:trPr>
          <w:cantSplit/>
          <w:jc w:val="center"/>
        </w:trPr>
        <w:tc>
          <w:tcPr>
            <w:tcW w:w="1718" w:type="dxa"/>
            <w:vMerge/>
          </w:tcPr>
          <w:p w14:paraId="027082D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57DA48" w14:textId="77777777" w:rsidR="008E3BA7" w:rsidRDefault="0004422D">
            <w:r>
              <w:t>What a private limited company (Ltd)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5DB8C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8672C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ECFC07" w14:textId="77777777" w:rsidR="008E3BA7" w:rsidRDefault="008E3BA7"/>
        </w:tc>
      </w:tr>
      <w:tr w:rsidR="008E3BA7" w14:paraId="6BC24CB5" w14:textId="77777777">
        <w:trPr>
          <w:cantSplit/>
          <w:jc w:val="center"/>
        </w:trPr>
        <w:tc>
          <w:tcPr>
            <w:tcW w:w="1718" w:type="dxa"/>
            <w:vMerge/>
          </w:tcPr>
          <w:p w14:paraId="62E5B13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CCAEDA" w14:textId="77777777" w:rsidR="008E3BA7" w:rsidRDefault="0004422D">
            <w:r>
              <w:t>What a public limited company (plc)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5C9E2F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2D6BB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8ACC09" w14:textId="77777777" w:rsidR="008E3BA7" w:rsidRDefault="008E3BA7"/>
        </w:tc>
      </w:tr>
      <w:tr w:rsidR="008E3BA7" w14:paraId="26492BC7" w14:textId="77777777">
        <w:trPr>
          <w:cantSplit/>
          <w:jc w:val="center"/>
        </w:trPr>
        <w:tc>
          <w:tcPr>
            <w:tcW w:w="1718" w:type="dxa"/>
            <w:vMerge/>
          </w:tcPr>
          <w:p w14:paraId="1805BAF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E31982" w14:textId="77777777" w:rsidR="008E3BA7" w:rsidRDefault="0004422D">
            <w:r>
              <w:t>What a not-for-profit organisation is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56606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BD1087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300554" w14:textId="77777777" w:rsidR="008E3BA7" w:rsidRDefault="008E3BA7"/>
        </w:tc>
      </w:tr>
      <w:tr w:rsidR="008E3BA7" w14:paraId="6F032DA5" w14:textId="77777777">
        <w:trPr>
          <w:cantSplit/>
          <w:jc w:val="center"/>
        </w:trPr>
        <w:tc>
          <w:tcPr>
            <w:tcW w:w="1718" w:type="dxa"/>
            <w:vMerge/>
          </w:tcPr>
          <w:p w14:paraId="602136F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46EBCF" w14:textId="77777777" w:rsidR="008E3BA7" w:rsidRDefault="0004422D">
            <w:r>
              <w:t>Advantages and disadvantages of each legal structure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D15FFB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5BFCB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FB0532" w14:textId="77777777" w:rsidR="008E3BA7" w:rsidRDefault="008E3BA7"/>
        </w:tc>
      </w:tr>
      <w:tr w:rsidR="008E3BA7" w14:paraId="7CFE62EB" w14:textId="77777777">
        <w:trPr>
          <w:cantSplit/>
          <w:jc w:val="center"/>
        </w:trPr>
        <w:tc>
          <w:tcPr>
            <w:tcW w:w="1718" w:type="dxa"/>
            <w:vMerge/>
          </w:tcPr>
          <w:p w14:paraId="67FB150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6220E2" w14:textId="77777777" w:rsidR="008E3BA7" w:rsidRDefault="0004422D">
            <w:r>
              <w:t>The meaning and importance of limited liability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943D3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FC5864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D7DB22" w14:textId="77777777" w:rsidR="008E3BA7" w:rsidRDefault="008E3BA7"/>
        </w:tc>
      </w:tr>
      <w:tr w:rsidR="008E3BA7" w14:paraId="249CE65F" w14:textId="77777777">
        <w:trPr>
          <w:cantSplit/>
          <w:jc w:val="center"/>
        </w:trPr>
        <w:tc>
          <w:tcPr>
            <w:tcW w:w="1718" w:type="dxa"/>
            <w:vMerge/>
          </w:tcPr>
          <w:p w14:paraId="4625BAB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790DAB" w14:textId="77777777" w:rsidR="008E3BA7" w:rsidRDefault="0004422D">
            <w:r>
              <w:t>Which legal structure is most appropriate for different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0E376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6F716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5E9593" w14:textId="77777777" w:rsidR="008E3BA7" w:rsidRDefault="008E3BA7"/>
        </w:tc>
      </w:tr>
      <w:tr w:rsidR="008E3BA7" w14:paraId="23B341BB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3E864F" w14:textId="77777777" w:rsidR="008E3BA7" w:rsidRDefault="0004422D">
            <w:r>
              <w:t>Unit Title:</w:t>
            </w:r>
          </w:p>
        </w:tc>
      </w:tr>
      <w:tr w:rsidR="008E3BA7" w14:paraId="670B9363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ED6788" w14:textId="77777777" w:rsidR="008E3BA7" w:rsidRDefault="0004422D">
            <w:r>
              <w:rPr>
                <w:b/>
              </w:rPr>
              <w:t>Setting Business aims and Objectives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A99E43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Aim, Customer satisfaction, Ethical objectives, Growth, Market share, Objective, Profit maximisation, Shareholder value, Social objectives &amp; Survival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296E5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7A89F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0AE54D" w14:textId="77777777" w:rsidR="008E3BA7" w:rsidRDefault="008E3BA7"/>
        </w:tc>
      </w:tr>
      <w:tr w:rsidR="008E3BA7" w14:paraId="650589E6" w14:textId="77777777">
        <w:trPr>
          <w:cantSplit/>
          <w:jc w:val="center"/>
        </w:trPr>
        <w:tc>
          <w:tcPr>
            <w:tcW w:w="1718" w:type="dxa"/>
            <w:vMerge/>
          </w:tcPr>
          <w:p w14:paraId="42223AB2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329090" w14:textId="77777777" w:rsidR="008E3BA7" w:rsidRDefault="0004422D">
            <w:r>
              <w:t>The difference between aims and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E0AC3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23CAEB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08C8A0" w14:textId="77777777" w:rsidR="008E3BA7" w:rsidRDefault="008E3BA7"/>
        </w:tc>
      </w:tr>
      <w:tr w:rsidR="008E3BA7" w14:paraId="267B7019" w14:textId="77777777">
        <w:trPr>
          <w:cantSplit/>
          <w:jc w:val="center"/>
        </w:trPr>
        <w:tc>
          <w:tcPr>
            <w:tcW w:w="1718" w:type="dxa"/>
            <w:vMerge/>
          </w:tcPr>
          <w:p w14:paraId="20882C5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1A2C79" w14:textId="77777777" w:rsidR="008E3BA7" w:rsidRDefault="0004422D">
            <w:r>
              <w:t>The purpose of setting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28E52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EB5EF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A7B944" w14:textId="77777777" w:rsidR="008E3BA7" w:rsidRDefault="008E3BA7"/>
        </w:tc>
      </w:tr>
      <w:tr w:rsidR="008E3BA7" w14:paraId="2DA0D3D1" w14:textId="77777777">
        <w:trPr>
          <w:cantSplit/>
          <w:jc w:val="center"/>
        </w:trPr>
        <w:tc>
          <w:tcPr>
            <w:tcW w:w="1718" w:type="dxa"/>
            <w:vMerge/>
          </w:tcPr>
          <w:p w14:paraId="6888357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76F908" w14:textId="77777777" w:rsidR="008E3BA7" w:rsidRDefault="0004422D">
            <w:r>
              <w:t>The main aims and objectives of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3C7E9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D1937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140F6E" w14:textId="77777777" w:rsidR="008E3BA7" w:rsidRDefault="008E3BA7"/>
        </w:tc>
      </w:tr>
      <w:tr w:rsidR="008E3BA7" w14:paraId="228B0345" w14:textId="77777777">
        <w:trPr>
          <w:cantSplit/>
          <w:jc w:val="center"/>
        </w:trPr>
        <w:tc>
          <w:tcPr>
            <w:tcW w:w="1718" w:type="dxa"/>
            <w:vMerge/>
          </w:tcPr>
          <w:p w14:paraId="0DEABF2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B35CC3" w14:textId="77777777" w:rsidR="008E3BA7" w:rsidRDefault="0004422D">
            <w:r>
              <w:t>The role of objectives in running a business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FA5D69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DE644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BAE90A" w14:textId="77777777" w:rsidR="008E3BA7" w:rsidRDefault="008E3BA7"/>
        </w:tc>
      </w:tr>
      <w:tr w:rsidR="008E3BA7" w14:paraId="60353BF2" w14:textId="77777777">
        <w:trPr>
          <w:cantSplit/>
          <w:jc w:val="center"/>
        </w:trPr>
        <w:tc>
          <w:tcPr>
            <w:tcW w:w="1718" w:type="dxa"/>
            <w:vMerge/>
          </w:tcPr>
          <w:p w14:paraId="4A09315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B727E1" w14:textId="77777777" w:rsidR="008E3BA7" w:rsidRDefault="0004422D">
            <w:r>
              <w:t>How and why objectives may differ between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81C8F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06961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B9210A" w14:textId="77777777" w:rsidR="008E3BA7" w:rsidRDefault="008E3BA7"/>
        </w:tc>
      </w:tr>
      <w:tr w:rsidR="008E3BA7" w14:paraId="10C26397" w14:textId="77777777">
        <w:trPr>
          <w:cantSplit/>
          <w:jc w:val="center"/>
        </w:trPr>
        <w:tc>
          <w:tcPr>
            <w:tcW w:w="1718" w:type="dxa"/>
            <w:vMerge/>
          </w:tcPr>
          <w:p w14:paraId="75499F6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755996" w14:textId="77777777" w:rsidR="008E3BA7" w:rsidRDefault="0004422D">
            <w:r>
              <w:t>How and why objectives may change as businesses evolve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FA8C4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E3A5B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59C408" w14:textId="77777777" w:rsidR="008E3BA7" w:rsidRDefault="008E3BA7"/>
        </w:tc>
      </w:tr>
      <w:tr w:rsidR="008E3BA7" w14:paraId="0B5292B9" w14:textId="77777777">
        <w:trPr>
          <w:cantSplit/>
          <w:jc w:val="center"/>
        </w:trPr>
        <w:tc>
          <w:tcPr>
            <w:tcW w:w="1718" w:type="dxa"/>
            <w:vMerge/>
          </w:tcPr>
          <w:p w14:paraId="0C7354E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8DBCFF" w14:textId="77777777" w:rsidR="008E3BA7" w:rsidRDefault="0004422D">
            <w:r>
              <w:t>How objectives can be used to judge business success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98659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7F363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4FB154" w14:textId="77777777" w:rsidR="008E3BA7" w:rsidRDefault="008E3BA7"/>
        </w:tc>
      </w:tr>
      <w:tr w:rsidR="008E3BA7" w14:paraId="53E95E3F" w14:textId="77777777">
        <w:trPr>
          <w:cantSplit/>
          <w:jc w:val="center"/>
        </w:trPr>
        <w:tc>
          <w:tcPr>
            <w:tcW w:w="1718" w:type="dxa"/>
            <w:vMerge/>
          </w:tcPr>
          <w:p w14:paraId="79D3875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FB0C89" w14:textId="77777777" w:rsidR="008E3BA7" w:rsidRDefault="0004422D">
            <w:r>
              <w:t>How business success can be measured in ways other than profit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1CC30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71D20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93607B" w14:textId="77777777" w:rsidR="008E3BA7" w:rsidRDefault="008E3BA7"/>
        </w:tc>
      </w:tr>
      <w:tr w:rsidR="008E3BA7" w14:paraId="1000DFB2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D171A0" w14:textId="77777777" w:rsidR="008E3BA7" w:rsidRDefault="0004422D">
            <w:r>
              <w:t>Unit Title:</w:t>
            </w:r>
          </w:p>
        </w:tc>
      </w:tr>
      <w:tr w:rsidR="008E3BA7" w14:paraId="7AA3EDBD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92579B" w14:textId="77777777" w:rsidR="008E3BA7" w:rsidRDefault="0004422D">
            <w:r>
              <w:rPr>
                <w:b/>
              </w:rPr>
              <w:t>Stakeholders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3781AA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Customers, Employees, Local community, Owners, Stakeholder, Suppliers &amp; Shareholders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7644FB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410C1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792C44" w14:textId="77777777" w:rsidR="008E3BA7" w:rsidRDefault="008E3BA7"/>
        </w:tc>
      </w:tr>
      <w:tr w:rsidR="008E3BA7" w14:paraId="7B785043" w14:textId="77777777">
        <w:trPr>
          <w:cantSplit/>
          <w:jc w:val="center"/>
        </w:trPr>
        <w:tc>
          <w:tcPr>
            <w:tcW w:w="1718" w:type="dxa"/>
            <w:vMerge/>
          </w:tcPr>
          <w:p w14:paraId="7DE45EF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1C6547" w14:textId="77777777" w:rsidR="008E3BA7" w:rsidRDefault="0004422D">
            <w:r>
              <w:t>Who the main stakeholders of a business are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66212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1265C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D84FBF" w14:textId="77777777" w:rsidR="008E3BA7" w:rsidRDefault="008E3BA7"/>
        </w:tc>
      </w:tr>
      <w:tr w:rsidR="008E3BA7" w14:paraId="593E69F5" w14:textId="77777777">
        <w:trPr>
          <w:cantSplit/>
          <w:jc w:val="center"/>
        </w:trPr>
        <w:tc>
          <w:tcPr>
            <w:tcW w:w="1718" w:type="dxa"/>
            <w:vMerge/>
          </w:tcPr>
          <w:p w14:paraId="51AC208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690DE5" w14:textId="77777777" w:rsidR="008E3BA7" w:rsidRDefault="0004422D">
            <w:r>
              <w:t>What the objectives of different stakeholders are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46FA2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F6D26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F384E7" w14:textId="77777777" w:rsidR="008E3BA7" w:rsidRDefault="008E3BA7"/>
        </w:tc>
      </w:tr>
      <w:tr w:rsidR="008E3BA7" w14:paraId="24540A5B" w14:textId="77777777">
        <w:trPr>
          <w:cantSplit/>
          <w:jc w:val="center"/>
        </w:trPr>
        <w:tc>
          <w:tcPr>
            <w:tcW w:w="1718" w:type="dxa"/>
            <w:vMerge/>
          </w:tcPr>
          <w:p w14:paraId="4A73C64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8974D1" w14:textId="77777777" w:rsidR="008E3BA7" w:rsidRDefault="0004422D">
            <w:r>
              <w:t>The impact of business activity on stakeholders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53618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D1253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8DE9EE" w14:textId="77777777" w:rsidR="008E3BA7" w:rsidRDefault="008E3BA7"/>
        </w:tc>
      </w:tr>
      <w:tr w:rsidR="008E3BA7" w14:paraId="5A20A10C" w14:textId="77777777">
        <w:trPr>
          <w:cantSplit/>
          <w:jc w:val="center"/>
        </w:trPr>
        <w:tc>
          <w:tcPr>
            <w:tcW w:w="1718" w:type="dxa"/>
            <w:vMerge/>
          </w:tcPr>
          <w:p w14:paraId="471E160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40FE7C" w14:textId="77777777" w:rsidR="008E3BA7" w:rsidRDefault="0004422D">
            <w:r>
              <w:t>The impact and influence stakeholders have on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6FCE5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4C8E2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F6CCEF" w14:textId="77777777" w:rsidR="008E3BA7" w:rsidRDefault="008E3BA7"/>
        </w:tc>
      </w:tr>
      <w:tr w:rsidR="008E3BA7" w14:paraId="6E14A141" w14:textId="77777777">
        <w:trPr>
          <w:cantSplit/>
          <w:jc w:val="center"/>
        </w:trPr>
        <w:tc>
          <w:tcPr>
            <w:tcW w:w="1718" w:type="dxa"/>
            <w:vMerge/>
          </w:tcPr>
          <w:p w14:paraId="30CF3A5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FE653D" w14:textId="77777777" w:rsidR="008E3BA7" w:rsidRDefault="0004422D">
            <w:r>
              <w:t>How conflict can arise between stakeholder objectives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7EA72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DE923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9D856F" w14:textId="77777777" w:rsidR="008E3BA7" w:rsidRDefault="008E3BA7"/>
        </w:tc>
      </w:tr>
      <w:tr w:rsidR="008E3BA7" w14:paraId="16C940ED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7B21B7" w14:textId="77777777" w:rsidR="008E3BA7" w:rsidRDefault="0004422D">
            <w:r>
              <w:t>Unit Title:</w:t>
            </w:r>
          </w:p>
        </w:tc>
      </w:tr>
      <w:tr w:rsidR="008E3BA7" w14:paraId="5B32162E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CC7699" w14:textId="77777777" w:rsidR="008E3BA7" w:rsidRDefault="0004422D">
            <w:r>
              <w:rPr>
                <w:b/>
              </w:rPr>
              <w:t>Business location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EEB5C1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Competition, Costs, Labour, Location, Market, Raw materials &amp; Proximity to market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BF95B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DF56D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1322FD" w14:textId="77777777" w:rsidR="008E3BA7" w:rsidRDefault="008E3BA7"/>
        </w:tc>
      </w:tr>
      <w:tr w:rsidR="008E3BA7" w14:paraId="3179E023" w14:textId="77777777">
        <w:trPr>
          <w:cantSplit/>
          <w:jc w:val="center"/>
        </w:trPr>
        <w:tc>
          <w:tcPr>
            <w:tcW w:w="1718" w:type="dxa"/>
            <w:vMerge/>
          </w:tcPr>
          <w:p w14:paraId="2B89CD7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9CE1AA" w14:textId="77777777" w:rsidR="008E3BA7" w:rsidRDefault="0004422D">
            <w:r>
              <w:t>Why location is important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8A2BD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C1E02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C21A5C" w14:textId="77777777" w:rsidR="008E3BA7" w:rsidRDefault="008E3BA7"/>
        </w:tc>
      </w:tr>
      <w:tr w:rsidR="008E3BA7" w14:paraId="3ACC117C" w14:textId="77777777">
        <w:trPr>
          <w:cantSplit/>
          <w:jc w:val="center"/>
        </w:trPr>
        <w:tc>
          <w:tcPr>
            <w:tcW w:w="1718" w:type="dxa"/>
            <w:vMerge/>
          </w:tcPr>
          <w:p w14:paraId="2B9878B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5B7C81" w14:textId="77777777" w:rsidR="008E3BA7" w:rsidRDefault="0004422D">
            <w:r>
              <w:t>How proximity to the market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C41A4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31A4F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93A275" w14:textId="77777777" w:rsidR="008E3BA7" w:rsidRDefault="008E3BA7"/>
        </w:tc>
      </w:tr>
      <w:tr w:rsidR="008E3BA7" w14:paraId="4847CBF2" w14:textId="77777777">
        <w:trPr>
          <w:cantSplit/>
          <w:jc w:val="center"/>
        </w:trPr>
        <w:tc>
          <w:tcPr>
            <w:tcW w:w="1718" w:type="dxa"/>
            <w:vMerge/>
          </w:tcPr>
          <w:p w14:paraId="41C7979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11057F9" w14:textId="77777777" w:rsidR="008E3BA7" w:rsidRDefault="0004422D">
            <w:r>
              <w:t>How availability of raw materials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0BC18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0D0CB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AEE303" w14:textId="77777777" w:rsidR="008E3BA7" w:rsidRDefault="008E3BA7"/>
        </w:tc>
      </w:tr>
      <w:tr w:rsidR="008E3BA7" w14:paraId="5C9F44E7" w14:textId="77777777">
        <w:trPr>
          <w:cantSplit/>
          <w:jc w:val="center"/>
        </w:trPr>
        <w:tc>
          <w:tcPr>
            <w:tcW w:w="1718" w:type="dxa"/>
            <w:vMerge/>
          </w:tcPr>
          <w:p w14:paraId="0567E54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D45B0A" w14:textId="77777777" w:rsidR="008E3BA7" w:rsidRDefault="0004422D">
            <w:r>
              <w:t>How availability and cost of labour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B584F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BA0A9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33F733" w14:textId="77777777" w:rsidR="008E3BA7" w:rsidRDefault="008E3BA7"/>
        </w:tc>
      </w:tr>
      <w:tr w:rsidR="008E3BA7" w14:paraId="564D9A36" w14:textId="77777777">
        <w:trPr>
          <w:cantSplit/>
          <w:jc w:val="center"/>
        </w:trPr>
        <w:tc>
          <w:tcPr>
            <w:tcW w:w="1718" w:type="dxa"/>
            <w:vMerge/>
          </w:tcPr>
          <w:p w14:paraId="652348E7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B0B0D8" w14:textId="77777777" w:rsidR="008E3BA7" w:rsidRDefault="0004422D">
            <w:r>
              <w:t>How competition and other costs can influence location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7D09A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E8854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4D589E" w14:textId="77777777" w:rsidR="008E3BA7" w:rsidRDefault="008E3BA7"/>
        </w:tc>
      </w:tr>
      <w:tr w:rsidR="008E3BA7" w14:paraId="02284548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21EA59" w14:textId="77777777" w:rsidR="008E3BA7" w:rsidRDefault="0004422D">
            <w:r>
              <w:t>Unit Title:</w:t>
            </w:r>
          </w:p>
        </w:tc>
      </w:tr>
      <w:tr w:rsidR="008E3BA7" w14:paraId="4A5BC9FE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F692D4" w14:textId="77777777" w:rsidR="008E3BA7" w:rsidRDefault="0004422D">
            <w:r>
              <w:rPr>
                <w:b/>
              </w:rPr>
              <w:t>Business planning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6BA748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Business plan, Costs, Fixed costs, Loss, Profit, Revenue, Total costs &amp; Variable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FD64F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16986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E2080E" w14:textId="77777777" w:rsidR="008E3BA7" w:rsidRDefault="008E3BA7"/>
        </w:tc>
      </w:tr>
      <w:tr w:rsidR="008E3BA7" w14:paraId="017B567D" w14:textId="77777777">
        <w:trPr>
          <w:cantSplit/>
          <w:jc w:val="center"/>
        </w:trPr>
        <w:tc>
          <w:tcPr>
            <w:tcW w:w="1718" w:type="dxa"/>
            <w:vMerge/>
          </w:tcPr>
          <w:p w14:paraId="3E60E4F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3DEEAB" w14:textId="77777777" w:rsidR="008E3BA7" w:rsidRDefault="0004422D">
            <w:r>
              <w:t>The reasons why businesses create business plans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F9DC6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8943C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FA9D8F" w14:textId="77777777" w:rsidR="008E3BA7" w:rsidRDefault="008E3BA7"/>
        </w:tc>
      </w:tr>
      <w:tr w:rsidR="008E3BA7" w14:paraId="6B181107" w14:textId="77777777">
        <w:trPr>
          <w:cantSplit/>
          <w:jc w:val="center"/>
        </w:trPr>
        <w:tc>
          <w:tcPr>
            <w:tcW w:w="1718" w:type="dxa"/>
            <w:vMerge/>
          </w:tcPr>
          <w:p w14:paraId="73B19D3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E98D2A" w14:textId="77777777" w:rsidR="008E3BA7" w:rsidRDefault="0004422D">
            <w:r>
              <w:t>The main sections within a business plan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D97A9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4005A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26F1D3" w14:textId="77777777" w:rsidR="008E3BA7" w:rsidRDefault="008E3BA7"/>
        </w:tc>
      </w:tr>
      <w:tr w:rsidR="008E3BA7" w14:paraId="72938955" w14:textId="77777777">
        <w:trPr>
          <w:cantSplit/>
          <w:jc w:val="center"/>
        </w:trPr>
        <w:tc>
          <w:tcPr>
            <w:tcW w:w="1718" w:type="dxa"/>
            <w:vMerge/>
          </w:tcPr>
          <w:p w14:paraId="1552308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1C95F8" w14:textId="77777777" w:rsidR="008E3BA7" w:rsidRDefault="0004422D">
            <w:r>
              <w:t>The benefits and drawbacks of business planning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B2064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A80B6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C9D23E" w14:textId="77777777" w:rsidR="008E3BA7" w:rsidRDefault="008E3BA7"/>
        </w:tc>
      </w:tr>
      <w:tr w:rsidR="008E3BA7" w14:paraId="7C6AB134" w14:textId="77777777">
        <w:trPr>
          <w:cantSplit/>
          <w:jc w:val="center"/>
        </w:trPr>
        <w:tc>
          <w:tcPr>
            <w:tcW w:w="1718" w:type="dxa"/>
            <w:vMerge/>
          </w:tcPr>
          <w:p w14:paraId="210888F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7BA57A" w14:textId="77777777" w:rsidR="008E3BA7" w:rsidRDefault="0004422D">
            <w:r>
              <w:t>The difference between fixed, variable and total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881E2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FA6A8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D6AAFE" w14:textId="77777777" w:rsidR="008E3BA7" w:rsidRDefault="008E3BA7"/>
        </w:tc>
      </w:tr>
      <w:tr w:rsidR="008E3BA7" w14:paraId="43EB2052" w14:textId="77777777">
        <w:trPr>
          <w:cantSplit/>
          <w:jc w:val="center"/>
        </w:trPr>
        <w:tc>
          <w:tcPr>
            <w:tcW w:w="1718" w:type="dxa"/>
            <w:vMerge/>
          </w:tcPr>
          <w:p w14:paraId="241D1D6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FE395D" w14:textId="77777777" w:rsidR="008E3BA7" w:rsidRDefault="0004422D">
            <w:r>
              <w:t>The meaning of revenue, costs, profit and loss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EB4DB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10864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FAFDE4" w14:textId="77777777" w:rsidR="008E3BA7" w:rsidRDefault="008E3BA7"/>
        </w:tc>
      </w:tr>
      <w:tr w:rsidR="008E3BA7" w14:paraId="262E4328" w14:textId="77777777">
        <w:trPr>
          <w:cantSplit/>
          <w:jc w:val="center"/>
        </w:trPr>
        <w:tc>
          <w:tcPr>
            <w:tcW w:w="1718" w:type="dxa"/>
            <w:vMerge/>
          </w:tcPr>
          <w:p w14:paraId="2E43B372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47E517" w14:textId="77777777" w:rsidR="008E3BA7" w:rsidRDefault="0004422D">
            <w:r>
              <w:t>How financial information in a business plan can support decision making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2CAAE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A52A0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49F44E" w14:textId="77777777" w:rsidR="008E3BA7" w:rsidRDefault="008E3BA7"/>
        </w:tc>
      </w:tr>
      <w:tr w:rsidR="008E3BA7" w14:paraId="59C7B876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7D321E2" w14:textId="77777777" w:rsidR="008E3BA7" w:rsidRDefault="0004422D">
            <w:r>
              <w:t>Unit Title:</w:t>
            </w:r>
          </w:p>
        </w:tc>
      </w:tr>
      <w:tr w:rsidR="008E3BA7" w14:paraId="595BCB0A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FC6D25" w14:textId="77777777" w:rsidR="008E3BA7" w:rsidRDefault="0004422D">
            <w:r>
              <w:rPr>
                <w:b/>
              </w:rPr>
              <w:lastRenderedPageBreak/>
              <w:t>Expanding a business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F3FBF5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Average unit cost, Diseconomies of scale, Economies of scale, E-commerce, External growth, Franchise, Franchising, Merger, Organic growth, Outsourcing, Purchasing economies of scale, Takeover &amp; Technical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15C5D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5388C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B3BCB9" w14:textId="77777777" w:rsidR="008E3BA7" w:rsidRDefault="008E3BA7"/>
        </w:tc>
      </w:tr>
      <w:tr w:rsidR="008E3BA7" w14:paraId="0BE39112" w14:textId="77777777">
        <w:trPr>
          <w:cantSplit/>
          <w:jc w:val="center"/>
        </w:trPr>
        <w:tc>
          <w:tcPr>
            <w:tcW w:w="1718" w:type="dxa"/>
            <w:vMerge/>
          </w:tcPr>
          <w:p w14:paraId="3189239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26187C" w14:textId="77777777" w:rsidR="008E3BA7" w:rsidRDefault="0004422D">
            <w:r>
              <w:t>The methods businesses use to expand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8650B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D29C0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B95AF7" w14:textId="77777777" w:rsidR="008E3BA7" w:rsidRDefault="008E3BA7"/>
        </w:tc>
      </w:tr>
      <w:tr w:rsidR="008E3BA7" w14:paraId="462BB098" w14:textId="77777777">
        <w:trPr>
          <w:cantSplit/>
          <w:jc w:val="center"/>
        </w:trPr>
        <w:tc>
          <w:tcPr>
            <w:tcW w:w="1718" w:type="dxa"/>
            <w:vMerge/>
          </w:tcPr>
          <w:p w14:paraId="3441232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ED5652" w14:textId="77777777" w:rsidR="008E3BA7" w:rsidRDefault="0004422D">
            <w:r>
              <w:t>The benefits and drawbacks of expansion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155D8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B1164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B0514C" w14:textId="77777777" w:rsidR="008E3BA7" w:rsidRDefault="008E3BA7"/>
        </w:tc>
      </w:tr>
      <w:tr w:rsidR="008E3BA7" w14:paraId="1EF8AA25" w14:textId="77777777">
        <w:trPr>
          <w:cantSplit/>
          <w:jc w:val="center"/>
        </w:trPr>
        <w:tc>
          <w:tcPr>
            <w:tcW w:w="1718" w:type="dxa"/>
            <w:vMerge/>
          </w:tcPr>
          <w:p w14:paraId="152284D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4F3333" w14:textId="77777777" w:rsidR="008E3BA7" w:rsidRDefault="0004422D">
            <w:r>
              <w:t>Organic growth through franchising, opening new stores and e-commerce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6C1879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F3B7D7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E0A3CD" w14:textId="77777777" w:rsidR="008E3BA7" w:rsidRDefault="008E3BA7"/>
        </w:tc>
      </w:tr>
      <w:tr w:rsidR="008E3BA7" w14:paraId="2A8770CE" w14:textId="77777777">
        <w:trPr>
          <w:cantSplit/>
          <w:jc w:val="center"/>
        </w:trPr>
        <w:tc>
          <w:tcPr>
            <w:tcW w:w="1718" w:type="dxa"/>
            <w:vMerge/>
          </w:tcPr>
          <w:p w14:paraId="44A4098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0E9A2B" w14:textId="77777777" w:rsidR="008E3BA7" w:rsidRDefault="0004422D">
            <w:r>
              <w:t>Outsourcing as a method of expansion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3D55D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11DF8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B85AFD" w14:textId="77777777" w:rsidR="008E3BA7" w:rsidRDefault="008E3BA7"/>
        </w:tc>
      </w:tr>
      <w:tr w:rsidR="008E3BA7" w14:paraId="541FFDCD" w14:textId="77777777">
        <w:trPr>
          <w:cantSplit/>
          <w:jc w:val="center"/>
        </w:trPr>
        <w:tc>
          <w:tcPr>
            <w:tcW w:w="1718" w:type="dxa"/>
            <w:vMerge/>
          </w:tcPr>
          <w:p w14:paraId="28FF60F6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3773D7" w14:textId="77777777" w:rsidR="008E3BA7" w:rsidRDefault="0004422D">
            <w:r>
              <w:t>External growth through mergers and takeovers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63DAF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D42A1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5FB7EE" w14:textId="77777777" w:rsidR="008E3BA7" w:rsidRDefault="008E3BA7"/>
        </w:tc>
      </w:tr>
      <w:tr w:rsidR="008E3BA7" w14:paraId="43C383D3" w14:textId="77777777">
        <w:trPr>
          <w:cantSplit/>
          <w:jc w:val="center"/>
        </w:trPr>
        <w:tc>
          <w:tcPr>
            <w:tcW w:w="1718" w:type="dxa"/>
            <w:vMerge/>
          </w:tcPr>
          <w:p w14:paraId="6A58813B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629384" w14:textId="77777777" w:rsidR="008E3BA7" w:rsidRDefault="0004422D">
            <w:r>
              <w:t>The meaning and benefits of purchasing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C21C0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BAE42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D0A12A" w14:textId="77777777" w:rsidR="008E3BA7" w:rsidRDefault="008E3BA7"/>
        </w:tc>
      </w:tr>
      <w:tr w:rsidR="008E3BA7" w14:paraId="23DFEE4A" w14:textId="77777777">
        <w:trPr>
          <w:cantSplit/>
          <w:jc w:val="center"/>
        </w:trPr>
        <w:tc>
          <w:tcPr>
            <w:tcW w:w="1718" w:type="dxa"/>
            <w:vMerge/>
          </w:tcPr>
          <w:p w14:paraId="3EA51F0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A32BAC" w14:textId="77777777" w:rsidR="008E3BA7" w:rsidRDefault="0004422D">
            <w:r>
              <w:t>The meaning and benefits of technical 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1CF5C2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0FD30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91FCBF3" w14:textId="77777777" w:rsidR="008E3BA7" w:rsidRDefault="008E3BA7"/>
        </w:tc>
      </w:tr>
      <w:tr w:rsidR="008E3BA7" w14:paraId="0D4BEB1C" w14:textId="77777777">
        <w:trPr>
          <w:cantSplit/>
          <w:jc w:val="center"/>
        </w:trPr>
        <w:tc>
          <w:tcPr>
            <w:tcW w:w="1718" w:type="dxa"/>
            <w:vMerge/>
          </w:tcPr>
          <w:p w14:paraId="60C54B8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EF27D4" w14:textId="77777777" w:rsidR="008E3BA7" w:rsidRDefault="0004422D">
            <w:r>
              <w:t>The causes of diseconomies of scale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D7A2D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8E0B9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6037DD" w14:textId="77777777" w:rsidR="008E3BA7" w:rsidRDefault="008E3BA7"/>
        </w:tc>
      </w:tr>
      <w:tr w:rsidR="008E3BA7" w14:paraId="0BBB75D9" w14:textId="77777777">
        <w:trPr>
          <w:cantSplit/>
          <w:jc w:val="center"/>
        </w:trPr>
        <w:tc>
          <w:tcPr>
            <w:tcW w:w="1718" w:type="dxa"/>
            <w:vMerge/>
          </w:tcPr>
          <w:p w14:paraId="3487522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66CEB3" w14:textId="77777777" w:rsidR="008E3BA7" w:rsidRDefault="0004422D">
            <w:r>
              <w:t>How to calculate and interpret average unit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114758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EDA757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3992A5" w14:textId="77777777" w:rsidR="008E3BA7" w:rsidRDefault="008E3BA7"/>
        </w:tc>
      </w:tr>
      <w:tr w:rsidR="008E3BA7" w14:paraId="173D9F2F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A4B843" w14:textId="21209F57" w:rsidR="008E3BA7" w:rsidRDefault="004A7CB0">
            <w:pPr>
              <w:jc w:val="center"/>
            </w:pPr>
            <w:r>
              <w:rPr>
                <w:b/>
                <w:sz w:val="28"/>
              </w:rPr>
              <w:t>3.3</w:t>
            </w:r>
            <w:r w:rsidR="0004422D">
              <w:rPr>
                <w:b/>
                <w:sz w:val="28"/>
              </w:rPr>
              <w:t>: Business Operations</w:t>
            </w:r>
          </w:p>
        </w:tc>
      </w:tr>
      <w:tr w:rsidR="008E3BA7" w14:paraId="411B2F4E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10946F" w14:textId="77777777" w:rsidR="008E3BA7" w:rsidRDefault="0004422D">
            <w:r>
              <w:t>Unit Title:</w:t>
            </w:r>
          </w:p>
        </w:tc>
      </w:tr>
      <w:tr w:rsidR="008E3BA7" w14:paraId="4C3389AB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F29A07" w14:textId="77777777" w:rsidR="008E3BA7" w:rsidRDefault="0004422D">
            <w:r>
              <w:rPr>
                <w:b/>
              </w:rPr>
              <w:t>Production processes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0BDE73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Efficiency, Flow production, Job production, Just in time (JIT) &amp; Lean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61CEC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474CF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6065F0" w14:textId="77777777" w:rsidR="008E3BA7" w:rsidRDefault="008E3BA7"/>
        </w:tc>
      </w:tr>
      <w:tr w:rsidR="008E3BA7" w14:paraId="25B44AE3" w14:textId="77777777">
        <w:trPr>
          <w:cantSplit/>
          <w:jc w:val="center"/>
        </w:trPr>
        <w:tc>
          <w:tcPr>
            <w:tcW w:w="1718" w:type="dxa"/>
            <w:vMerge/>
          </w:tcPr>
          <w:p w14:paraId="70354B0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8C0038" w14:textId="77777777" w:rsidR="008E3BA7" w:rsidRDefault="0004422D">
            <w:r>
              <w:t>The features of job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F1327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2AF6E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4F8BD6" w14:textId="77777777" w:rsidR="008E3BA7" w:rsidRDefault="008E3BA7"/>
        </w:tc>
      </w:tr>
      <w:tr w:rsidR="008E3BA7" w14:paraId="2D29FF76" w14:textId="77777777">
        <w:trPr>
          <w:cantSplit/>
          <w:jc w:val="center"/>
        </w:trPr>
        <w:tc>
          <w:tcPr>
            <w:tcW w:w="1718" w:type="dxa"/>
            <w:vMerge/>
          </w:tcPr>
          <w:p w14:paraId="10A9BE82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FE451C" w14:textId="77777777" w:rsidR="008E3BA7" w:rsidRDefault="0004422D">
            <w:r>
              <w:t>The features of flow production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AE32B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DD6842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F57F85" w14:textId="77777777" w:rsidR="008E3BA7" w:rsidRDefault="008E3BA7"/>
        </w:tc>
      </w:tr>
      <w:tr w:rsidR="008E3BA7" w14:paraId="7ABAE902" w14:textId="77777777">
        <w:trPr>
          <w:cantSplit/>
          <w:jc w:val="center"/>
        </w:trPr>
        <w:tc>
          <w:tcPr>
            <w:tcW w:w="1718" w:type="dxa"/>
            <w:vMerge/>
          </w:tcPr>
          <w:p w14:paraId="3F3A2C2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BCCFA7" w14:textId="77777777" w:rsidR="008E3BA7" w:rsidRDefault="0004422D">
            <w:r>
              <w:t>When job and flow production are appropriate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6FA5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6E5F5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4CDCAF" w14:textId="77777777" w:rsidR="008E3BA7" w:rsidRDefault="008E3BA7"/>
        </w:tc>
      </w:tr>
      <w:tr w:rsidR="008E3BA7" w14:paraId="0A6492BB" w14:textId="77777777">
        <w:trPr>
          <w:cantSplit/>
          <w:jc w:val="center"/>
        </w:trPr>
        <w:tc>
          <w:tcPr>
            <w:tcW w:w="1718" w:type="dxa"/>
            <w:vMerge/>
          </w:tcPr>
          <w:p w14:paraId="6F89DDD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10ABDF" w14:textId="77777777" w:rsidR="008E3BA7" w:rsidRDefault="0004422D">
            <w:r>
              <w:t>How lean production can improve efficiency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9E3BF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7038A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3AD75B" w14:textId="77777777" w:rsidR="008E3BA7" w:rsidRDefault="008E3BA7"/>
        </w:tc>
      </w:tr>
      <w:tr w:rsidR="008E3BA7" w14:paraId="70F6F30C" w14:textId="77777777">
        <w:trPr>
          <w:cantSplit/>
          <w:jc w:val="center"/>
        </w:trPr>
        <w:tc>
          <w:tcPr>
            <w:tcW w:w="1718" w:type="dxa"/>
            <w:vMerge/>
          </w:tcPr>
          <w:p w14:paraId="4F5DCD26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941401" w14:textId="77777777" w:rsidR="008E3BA7" w:rsidRDefault="0004422D">
            <w:r>
              <w:t>How just in time (JIT) can reduce waste and improve efficiency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D0451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F7CF0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CD7463" w14:textId="77777777" w:rsidR="008E3BA7" w:rsidRDefault="008E3BA7"/>
        </w:tc>
      </w:tr>
      <w:tr w:rsidR="008E3BA7" w14:paraId="6F646C18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D70194" w14:textId="77777777" w:rsidR="008E3BA7" w:rsidRDefault="0004422D">
            <w:r>
              <w:t>Unit Title:</w:t>
            </w:r>
          </w:p>
        </w:tc>
      </w:tr>
      <w:tr w:rsidR="008E3BA7" w14:paraId="0B949983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93D30B" w14:textId="77777777" w:rsidR="008E3BA7" w:rsidRDefault="0004422D">
            <w:r>
              <w:rPr>
                <w:b/>
              </w:rPr>
              <w:t>The role of procurement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1456CB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Buffer stock, Just in case (JIC), Just in time (JIT), Logistics, Procurement, Quality, Reliability, Supplier &amp; Supply chain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525EB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08A2C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05A1998" w14:textId="77777777" w:rsidR="008E3BA7" w:rsidRDefault="008E3BA7"/>
        </w:tc>
      </w:tr>
      <w:tr w:rsidR="008E3BA7" w14:paraId="7D2E04DC" w14:textId="77777777">
        <w:trPr>
          <w:cantSplit/>
          <w:jc w:val="center"/>
        </w:trPr>
        <w:tc>
          <w:tcPr>
            <w:tcW w:w="1718" w:type="dxa"/>
            <w:vMerge/>
          </w:tcPr>
          <w:p w14:paraId="5ED2006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65F94F" w14:textId="77777777" w:rsidR="008E3BA7" w:rsidRDefault="0004422D">
            <w:r>
              <w:t>The meaning of procurement and logistics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1A24A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DFC725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BBF18A" w14:textId="77777777" w:rsidR="008E3BA7" w:rsidRDefault="008E3BA7"/>
        </w:tc>
      </w:tr>
      <w:tr w:rsidR="008E3BA7" w14:paraId="4FF0BA98" w14:textId="77777777">
        <w:trPr>
          <w:cantSplit/>
          <w:jc w:val="center"/>
        </w:trPr>
        <w:tc>
          <w:tcPr>
            <w:tcW w:w="1718" w:type="dxa"/>
            <w:vMerge/>
          </w:tcPr>
          <w:p w14:paraId="697D61E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22EAF7" w14:textId="77777777" w:rsidR="008E3BA7" w:rsidRDefault="0004422D">
            <w:r>
              <w:t>The benefits and drawbacks of using JIT to manage stock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9CB0B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E35268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145AEB" w14:textId="77777777" w:rsidR="008E3BA7" w:rsidRDefault="008E3BA7"/>
        </w:tc>
      </w:tr>
      <w:tr w:rsidR="008E3BA7" w14:paraId="41ADA6C2" w14:textId="77777777">
        <w:trPr>
          <w:cantSplit/>
          <w:jc w:val="center"/>
        </w:trPr>
        <w:tc>
          <w:tcPr>
            <w:tcW w:w="1718" w:type="dxa"/>
            <w:vMerge/>
          </w:tcPr>
          <w:p w14:paraId="61332F2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A51EDA" w14:textId="77777777" w:rsidR="008E3BA7" w:rsidRDefault="0004422D">
            <w:r>
              <w:t>The benefits and drawbacks of holding buffer stock using JIC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9D345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EDA85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6047C2" w14:textId="77777777" w:rsidR="008E3BA7" w:rsidRDefault="008E3BA7"/>
        </w:tc>
      </w:tr>
      <w:tr w:rsidR="008E3BA7" w14:paraId="42E6DD05" w14:textId="77777777">
        <w:trPr>
          <w:cantSplit/>
          <w:jc w:val="center"/>
        </w:trPr>
        <w:tc>
          <w:tcPr>
            <w:tcW w:w="1718" w:type="dxa"/>
            <w:vMerge/>
          </w:tcPr>
          <w:p w14:paraId="3DE32CA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35DEA2" w14:textId="77777777" w:rsidR="008E3BA7" w:rsidRDefault="0004422D">
            <w:r>
              <w:t>How price, quality and reliability affect the choice of supplier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AADB5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AEA24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9464AB" w14:textId="77777777" w:rsidR="008E3BA7" w:rsidRDefault="008E3BA7"/>
        </w:tc>
      </w:tr>
      <w:tr w:rsidR="008E3BA7" w14:paraId="67CDE450" w14:textId="77777777">
        <w:trPr>
          <w:cantSplit/>
          <w:jc w:val="center"/>
        </w:trPr>
        <w:tc>
          <w:tcPr>
            <w:tcW w:w="1718" w:type="dxa"/>
            <w:vMerge/>
          </w:tcPr>
          <w:p w14:paraId="2DB9EE0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EE050B" w14:textId="77777777" w:rsidR="008E3BA7" w:rsidRDefault="0004422D">
            <w:r>
              <w:t>How procurement and logistics can affect efficiency and unit costs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446A29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A987B4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C7D1F2" w14:textId="77777777" w:rsidR="008E3BA7" w:rsidRDefault="008E3BA7"/>
        </w:tc>
      </w:tr>
      <w:tr w:rsidR="008E3BA7" w14:paraId="755ED5DB" w14:textId="77777777">
        <w:trPr>
          <w:cantSplit/>
          <w:jc w:val="center"/>
        </w:trPr>
        <w:tc>
          <w:tcPr>
            <w:tcW w:w="1718" w:type="dxa"/>
            <w:vMerge/>
          </w:tcPr>
          <w:p w14:paraId="60BCC221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4704980" w14:textId="77777777" w:rsidR="008E3BA7" w:rsidRDefault="0004422D">
            <w:r>
              <w:t>The meaning of a supply chain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C0815A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E2F28F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4392AE" w14:textId="77777777" w:rsidR="008E3BA7" w:rsidRDefault="008E3BA7"/>
        </w:tc>
      </w:tr>
      <w:tr w:rsidR="008E3BA7" w14:paraId="768E7A5F" w14:textId="77777777">
        <w:trPr>
          <w:cantSplit/>
          <w:jc w:val="center"/>
        </w:trPr>
        <w:tc>
          <w:tcPr>
            <w:tcW w:w="1718" w:type="dxa"/>
            <w:vMerge/>
          </w:tcPr>
          <w:p w14:paraId="523F18B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A2F885" w14:textId="77777777" w:rsidR="008E3BA7" w:rsidRDefault="0004422D">
            <w:r>
              <w:t>The benefits of effective supply chain management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24E55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7E874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189EBD" w14:textId="77777777" w:rsidR="008E3BA7" w:rsidRDefault="008E3BA7"/>
        </w:tc>
      </w:tr>
      <w:tr w:rsidR="008E3BA7" w14:paraId="46DCE295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F973D0" w14:textId="77777777" w:rsidR="008E3BA7" w:rsidRDefault="0004422D">
            <w:r>
              <w:t>Unit Title:</w:t>
            </w:r>
          </w:p>
        </w:tc>
      </w:tr>
      <w:tr w:rsidR="008E3BA7" w14:paraId="14AFA83D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ED36D0" w14:textId="77777777" w:rsidR="008E3BA7" w:rsidRDefault="0004422D">
            <w:r>
              <w:rPr>
                <w:b/>
              </w:rPr>
              <w:t>The concept of quality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5C8463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Customer expectations, Inspection, Product recall, Quality, Reputation &amp; Total quality management (TQM)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4F6DA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2DA502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203C21" w14:textId="77777777" w:rsidR="008E3BA7" w:rsidRDefault="008E3BA7"/>
        </w:tc>
      </w:tr>
      <w:tr w:rsidR="008E3BA7" w14:paraId="667FE7AA" w14:textId="77777777">
        <w:trPr>
          <w:cantSplit/>
          <w:jc w:val="center"/>
        </w:trPr>
        <w:tc>
          <w:tcPr>
            <w:tcW w:w="1718" w:type="dxa"/>
            <w:vMerge/>
          </w:tcPr>
          <w:p w14:paraId="31D5F55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32DC61" w14:textId="77777777" w:rsidR="008E3BA7" w:rsidRDefault="0004422D">
            <w:r>
              <w:t>What customers expect from quality goods and services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3D6F2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DDCCA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0150A6" w14:textId="77777777" w:rsidR="008E3BA7" w:rsidRDefault="008E3BA7"/>
        </w:tc>
      </w:tr>
      <w:tr w:rsidR="008E3BA7" w14:paraId="28613F84" w14:textId="77777777">
        <w:trPr>
          <w:cantSplit/>
          <w:jc w:val="center"/>
        </w:trPr>
        <w:tc>
          <w:tcPr>
            <w:tcW w:w="1718" w:type="dxa"/>
            <w:vMerge/>
          </w:tcPr>
          <w:p w14:paraId="53E74C3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646DB7" w14:textId="77777777" w:rsidR="008E3BA7" w:rsidRDefault="0004422D">
            <w:r>
              <w:t>How businesses identify and measure quality problems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D1F01B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F50191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49F5A2" w14:textId="77777777" w:rsidR="008E3BA7" w:rsidRDefault="008E3BA7"/>
        </w:tc>
      </w:tr>
      <w:tr w:rsidR="008E3BA7" w14:paraId="6FE6E001" w14:textId="77777777">
        <w:trPr>
          <w:cantSplit/>
          <w:jc w:val="center"/>
        </w:trPr>
        <w:tc>
          <w:tcPr>
            <w:tcW w:w="1718" w:type="dxa"/>
            <w:vMerge/>
          </w:tcPr>
          <w:p w14:paraId="35CE618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97F4E55" w14:textId="77777777" w:rsidR="008E3BA7" w:rsidRDefault="0004422D">
            <w:r>
              <w:t>The consequences of poor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ECDCC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DDDC1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5026A1" w14:textId="77777777" w:rsidR="008E3BA7" w:rsidRDefault="008E3BA7"/>
        </w:tc>
      </w:tr>
      <w:tr w:rsidR="008E3BA7" w14:paraId="5C692388" w14:textId="77777777">
        <w:trPr>
          <w:cantSplit/>
          <w:jc w:val="center"/>
        </w:trPr>
        <w:tc>
          <w:tcPr>
            <w:tcW w:w="1718" w:type="dxa"/>
            <w:vMerge/>
          </w:tcPr>
          <w:p w14:paraId="072C6766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877039" w14:textId="77777777" w:rsidR="008E3BA7" w:rsidRDefault="0004422D">
            <w:r>
              <w:t>How Total Quality Management (TQM) maintains consistent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E90F1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F439F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60D8C7" w14:textId="77777777" w:rsidR="008E3BA7" w:rsidRDefault="008E3BA7"/>
        </w:tc>
      </w:tr>
      <w:tr w:rsidR="008E3BA7" w14:paraId="24772E7B" w14:textId="77777777">
        <w:trPr>
          <w:cantSplit/>
          <w:jc w:val="center"/>
        </w:trPr>
        <w:tc>
          <w:tcPr>
            <w:tcW w:w="1718" w:type="dxa"/>
            <w:vMerge/>
          </w:tcPr>
          <w:p w14:paraId="4884FF0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39B672" w14:textId="77777777" w:rsidR="008E3BA7" w:rsidRDefault="0004422D">
            <w:r>
              <w:t>The costs and benefits of maintaining quality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18FEA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EDC18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25493C" w14:textId="77777777" w:rsidR="008E3BA7" w:rsidRDefault="008E3BA7"/>
        </w:tc>
      </w:tr>
      <w:tr w:rsidR="008E3BA7" w14:paraId="11802505" w14:textId="77777777">
        <w:trPr>
          <w:cantSplit/>
          <w:jc w:val="center"/>
        </w:trPr>
        <w:tc>
          <w:tcPr>
            <w:tcW w:w="1718" w:type="dxa"/>
            <w:vMerge/>
          </w:tcPr>
          <w:p w14:paraId="0B3EFA8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1ED336" w14:textId="77777777" w:rsidR="008E3BA7" w:rsidRDefault="0004422D">
            <w:r>
              <w:t>How growth, outsourcing and franchising can create quality issues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9965E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E6497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9D6D8A" w14:textId="77777777" w:rsidR="008E3BA7" w:rsidRDefault="008E3BA7"/>
        </w:tc>
      </w:tr>
      <w:tr w:rsidR="008E3BA7" w14:paraId="656A7B58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18FB38" w14:textId="77777777" w:rsidR="008E3BA7" w:rsidRDefault="0004422D">
            <w:r>
              <w:t>Unit Title:</w:t>
            </w:r>
          </w:p>
        </w:tc>
      </w:tr>
      <w:tr w:rsidR="008E3BA7" w14:paraId="17AABF08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0ABD4E" w14:textId="77777777" w:rsidR="008E3BA7" w:rsidRDefault="0004422D">
            <w:r>
              <w:rPr>
                <w:b/>
              </w:rPr>
              <w:t>Good customer services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0D271C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Customer engagement, Customer loyalty, Customer satisfaction, E-commerce, Post-sales service, Product knowledge, Profitability, Sales process, Social media &amp; Websites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A24BD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445BC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182F2D6" w14:textId="77777777" w:rsidR="008E3BA7" w:rsidRDefault="008E3BA7"/>
        </w:tc>
      </w:tr>
      <w:tr w:rsidR="008E3BA7" w14:paraId="3D7DB883" w14:textId="77777777">
        <w:trPr>
          <w:cantSplit/>
          <w:jc w:val="center"/>
        </w:trPr>
        <w:tc>
          <w:tcPr>
            <w:tcW w:w="1718" w:type="dxa"/>
            <w:vMerge/>
          </w:tcPr>
          <w:p w14:paraId="0C6F4DB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05CA47" w14:textId="77777777" w:rsidR="008E3BA7" w:rsidRDefault="0004422D">
            <w:r>
              <w:t>The methods businesses use to provide good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2DBEA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F6E47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A88832" w14:textId="77777777" w:rsidR="008E3BA7" w:rsidRDefault="008E3BA7"/>
        </w:tc>
      </w:tr>
      <w:tr w:rsidR="008E3BA7" w14:paraId="5185890C" w14:textId="77777777">
        <w:trPr>
          <w:cantSplit/>
          <w:jc w:val="center"/>
        </w:trPr>
        <w:tc>
          <w:tcPr>
            <w:tcW w:w="1718" w:type="dxa"/>
            <w:vMerge/>
          </w:tcPr>
          <w:p w14:paraId="1B1C44F8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8EAD98" w14:textId="77777777" w:rsidR="008E3BA7" w:rsidRDefault="0004422D">
            <w:r>
              <w:t>The meaning and importance of product knowledge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A66F5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0A559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834F4A" w14:textId="77777777" w:rsidR="008E3BA7" w:rsidRDefault="008E3BA7"/>
        </w:tc>
      </w:tr>
      <w:tr w:rsidR="008E3BA7" w14:paraId="09281E54" w14:textId="77777777">
        <w:trPr>
          <w:cantSplit/>
          <w:jc w:val="center"/>
        </w:trPr>
        <w:tc>
          <w:tcPr>
            <w:tcW w:w="1718" w:type="dxa"/>
            <w:vMerge/>
          </w:tcPr>
          <w:p w14:paraId="0AE76FE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BD6D0D" w14:textId="77777777" w:rsidR="008E3BA7" w:rsidRDefault="0004422D">
            <w:r>
              <w:t>How customer engagement creates a positive customer experience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0D6E0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42E85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CD95896" w14:textId="77777777" w:rsidR="008E3BA7" w:rsidRDefault="008E3BA7"/>
        </w:tc>
      </w:tr>
      <w:tr w:rsidR="008E3BA7" w14:paraId="7F2E8D94" w14:textId="77777777">
        <w:trPr>
          <w:cantSplit/>
          <w:jc w:val="center"/>
        </w:trPr>
        <w:tc>
          <w:tcPr>
            <w:tcW w:w="1718" w:type="dxa"/>
            <w:vMerge/>
          </w:tcPr>
          <w:p w14:paraId="632039F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5C43BE" w14:textId="77777777" w:rsidR="008E3BA7" w:rsidRDefault="0004422D">
            <w:r>
              <w:t>The role of post-sales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C9FC4C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4C468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3A9337" w14:textId="77777777" w:rsidR="008E3BA7" w:rsidRDefault="008E3BA7"/>
        </w:tc>
      </w:tr>
      <w:tr w:rsidR="008E3BA7" w14:paraId="571AC08D" w14:textId="77777777">
        <w:trPr>
          <w:cantSplit/>
          <w:jc w:val="center"/>
        </w:trPr>
        <w:tc>
          <w:tcPr>
            <w:tcW w:w="1718" w:type="dxa"/>
            <w:vMerge/>
          </w:tcPr>
          <w:p w14:paraId="37FA567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D4A64B" w14:textId="77777777" w:rsidR="008E3BA7" w:rsidRDefault="0004422D">
            <w:r>
              <w:t>The benefits of good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FC5D8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9C7BB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436230" w14:textId="77777777" w:rsidR="008E3BA7" w:rsidRDefault="008E3BA7"/>
        </w:tc>
      </w:tr>
      <w:tr w:rsidR="008E3BA7" w14:paraId="0F815750" w14:textId="77777777">
        <w:trPr>
          <w:cantSplit/>
          <w:jc w:val="center"/>
        </w:trPr>
        <w:tc>
          <w:tcPr>
            <w:tcW w:w="1718" w:type="dxa"/>
            <w:vMerge/>
          </w:tcPr>
          <w:p w14:paraId="3859B777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E02CB1" w14:textId="77777777" w:rsidR="008E3BA7" w:rsidRDefault="0004422D">
            <w:r>
              <w:t>The dangers of poor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1F61B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F3592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B1150C" w14:textId="77777777" w:rsidR="008E3BA7" w:rsidRDefault="008E3BA7"/>
        </w:tc>
      </w:tr>
      <w:tr w:rsidR="008E3BA7" w14:paraId="393E8D2D" w14:textId="77777777">
        <w:trPr>
          <w:cantSplit/>
          <w:jc w:val="center"/>
        </w:trPr>
        <w:tc>
          <w:tcPr>
            <w:tcW w:w="1718" w:type="dxa"/>
            <w:vMerge/>
          </w:tcPr>
          <w:p w14:paraId="6FFF456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F160969" w14:textId="77777777" w:rsidR="008E3BA7" w:rsidRDefault="0004422D">
            <w:r>
              <w:t>The stages of the sales process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73D33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579D4A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DE08441" w14:textId="77777777" w:rsidR="008E3BA7" w:rsidRDefault="008E3BA7"/>
        </w:tc>
      </w:tr>
      <w:tr w:rsidR="008E3BA7" w14:paraId="0663E9DF" w14:textId="77777777">
        <w:trPr>
          <w:cantSplit/>
          <w:jc w:val="center"/>
        </w:trPr>
        <w:tc>
          <w:tcPr>
            <w:tcW w:w="1718" w:type="dxa"/>
            <w:vMerge/>
          </w:tcPr>
          <w:p w14:paraId="2FBACFD7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CC43270" w14:textId="77777777" w:rsidR="008E3BA7" w:rsidRDefault="0004422D">
            <w:r>
              <w:t>How websites, e-commerce and social media have developed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CFC98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32DE4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B44266" w14:textId="77777777" w:rsidR="008E3BA7" w:rsidRDefault="008E3BA7"/>
        </w:tc>
      </w:tr>
      <w:tr w:rsidR="008E3BA7" w14:paraId="724F9E21" w14:textId="77777777">
        <w:trPr>
          <w:cantSplit/>
          <w:jc w:val="center"/>
        </w:trPr>
        <w:tc>
          <w:tcPr>
            <w:tcW w:w="10479" w:type="dxa"/>
            <w:gridSpan w:val="5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0FC6EF" w14:textId="56219713" w:rsidR="008E3BA7" w:rsidRDefault="004A7CB0">
            <w:pPr>
              <w:jc w:val="center"/>
            </w:pPr>
            <w:r>
              <w:rPr>
                <w:b/>
                <w:sz w:val="28"/>
              </w:rPr>
              <w:t>3.4</w:t>
            </w:r>
            <w:r w:rsidR="0004422D">
              <w:rPr>
                <w:b/>
                <w:sz w:val="28"/>
              </w:rPr>
              <w:t>: Human Resources</w:t>
            </w:r>
          </w:p>
        </w:tc>
      </w:tr>
      <w:tr w:rsidR="008E3BA7" w14:paraId="04F31E73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7259FC" w14:textId="77777777" w:rsidR="008E3BA7" w:rsidRDefault="0004422D">
            <w:r>
              <w:t>Unit Title:</w:t>
            </w:r>
          </w:p>
        </w:tc>
      </w:tr>
      <w:tr w:rsidR="008E3BA7" w14:paraId="6094621F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E3C5AA" w14:textId="77777777" w:rsidR="008E3BA7" w:rsidRDefault="0004422D">
            <w:r>
              <w:rPr>
                <w:b/>
              </w:rPr>
              <w:t>Organisational structures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230B30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Centralisation, Chain of command, Decentralisation, Delayering, Delegation, Flat structure, Hierarchy, Organisational structure, Span of control &amp; Tall structure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70F0C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D2C36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A066CB" w14:textId="77777777" w:rsidR="008E3BA7" w:rsidRDefault="008E3BA7"/>
        </w:tc>
      </w:tr>
      <w:tr w:rsidR="008E3BA7" w14:paraId="214CB295" w14:textId="77777777">
        <w:trPr>
          <w:cantSplit/>
          <w:jc w:val="center"/>
        </w:trPr>
        <w:tc>
          <w:tcPr>
            <w:tcW w:w="1718" w:type="dxa"/>
            <w:vMerge/>
          </w:tcPr>
          <w:p w14:paraId="37851A27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8490A4F" w14:textId="77777777" w:rsidR="008E3BA7" w:rsidRDefault="0004422D">
            <w:r>
              <w:t>The meaning of internal organisational structures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1D3EC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FD6BF1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230A3D" w14:textId="77777777" w:rsidR="008E3BA7" w:rsidRDefault="008E3BA7"/>
        </w:tc>
      </w:tr>
      <w:tr w:rsidR="008E3BA7" w14:paraId="52CF1175" w14:textId="77777777">
        <w:trPr>
          <w:cantSplit/>
          <w:jc w:val="center"/>
        </w:trPr>
        <w:tc>
          <w:tcPr>
            <w:tcW w:w="1718" w:type="dxa"/>
            <w:vMerge/>
          </w:tcPr>
          <w:p w14:paraId="166BD1A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57A1A1" w14:textId="77777777" w:rsidR="008E3BA7" w:rsidRDefault="0004422D">
            <w:r>
              <w:t>The meaning of span of control and chain of command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E077C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5FE26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7DBD2B" w14:textId="77777777" w:rsidR="008E3BA7" w:rsidRDefault="008E3BA7"/>
        </w:tc>
      </w:tr>
      <w:tr w:rsidR="008E3BA7" w14:paraId="0255438C" w14:textId="77777777">
        <w:trPr>
          <w:cantSplit/>
          <w:jc w:val="center"/>
        </w:trPr>
        <w:tc>
          <w:tcPr>
            <w:tcW w:w="1718" w:type="dxa"/>
            <w:vMerge/>
          </w:tcPr>
          <w:p w14:paraId="6CDD927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49AF36" w14:textId="77777777" w:rsidR="008E3BA7" w:rsidRDefault="0004422D">
            <w:r>
              <w:t>The meaning and impact of delayering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D3706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8AF0D5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346130B" w14:textId="77777777" w:rsidR="008E3BA7" w:rsidRDefault="008E3BA7"/>
        </w:tc>
      </w:tr>
      <w:tr w:rsidR="008E3BA7" w14:paraId="403C98A5" w14:textId="77777777">
        <w:trPr>
          <w:cantSplit/>
          <w:jc w:val="center"/>
        </w:trPr>
        <w:tc>
          <w:tcPr>
            <w:tcW w:w="1718" w:type="dxa"/>
            <w:vMerge/>
          </w:tcPr>
          <w:p w14:paraId="1C0D0E5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EB7666" w14:textId="77777777" w:rsidR="008E3BA7" w:rsidRDefault="0004422D">
            <w:r>
              <w:t>The meaning and impact of delegation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329F54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B396E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B134A0" w14:textId="77777777" w:rsidR="008E3BA7" w:rsidRDefault="008E3BA7"/>
        </w:tc>
      </w:tr>
      <w:tr w:rsidR="008E3BA7" w14:paraId="39F73F02" w14:textId="77777777">
        <w:trPr>
          <w:cantSplit/>
          <w:jc w:val="center"/>
        </w:trPr>
        <w:tc>
          <w:tcPr>
            <w:tcW w:w="1718" w:type="dxa"/>
            <w:vMerge/>
          </w:tcPr>
          <w:p w14:paraId="6FB8C67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A27283" w14:textId="77777777" w:rsidR="008E3BA7" w:rsidRDefault="0004422D">
            <w:r>
              <w:t>Why businesses use organisational structures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90FD6B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AE17F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4DAD3AB" w14:textId="77777777" w:rsidR="008E3BA7" w:rsidRDefault="008E3BA7"/>
        </w:tc>
      </w:tr>
      <w:tr w:rsidR="008E3BA7" w14:paraId="0152881A" w14:textId="77777777">
        <w:trPr>
          <w:cantSplit/>
          <w:jc w:val="center"/>
        </w:trPr>
        <w:tc>
          <w:tcPr>
            <w:tcW w:w="1718" w:type="dxa"/>
            <w:vMerge/>
          </w:tcPr>
          <w:p w14:paraId="5D38FB2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08EA2D" w14:textId="77777777" w:rsidR="008E3BA7" w:rsidRDefault="0004422D">
            <w:r>
              <w:t>The impact of tall and flat structures on management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70CB1B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0A8C93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BFCE1A" w14:textId="77777777" w:rsidR="008E3BA7" w:rsidRDefault="008E3BA7"/>
        </w:tc>
      </w:tr>
      <w:tr w:rsidR="008E3BA7" w14:paraId="7B73C036" w14:textId="77777777">
        <w:trPr>
          <w:cantSplit/>
          <w:jc w:val="center"/>
        </w:trPr>
        <w:tc>
          <w:tcPr>
            <w:tcW w:w="1718" w:type="dxa"/>
            <w:vMerge/>
          </w:tcPr>
          <w:p w14:paraId="563BF9F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F0DB6F" w14:textId="77777777" w:rsidR="008E3BA7" w:rsidRDefault="0004422D">
            <w:r>
              <w:t>How organisational structure affects communication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1F15CE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7944992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D70F53" w14:textId="77777777" w:rsidR="008E3BA7" w:rsidRDefault="008E3BA7"/>
        </w:tc>
      </w:tr>
      <w:tr w:rsidR="008E3BA7" w14:paraId="0EC1FB37" w14:textId="77777777">
        <w:trPr>
          <w:cantSplit/>
          <w:jc w:val="center"/>
        </w:trPr>
        <w:tc>
          <w:tcPr>
            <w:tcW w:w="1718" w:type="dxa"/>
            <w:vMerge/>
          </w:tcPr>
          <w:p w14:paraId="22A1C86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913FAE" w14:textId="77777777" w:rsidR="008E3BA7" w:rsidRDefault="0004422D">
            <w:r>
              <w:t>The meaning of centralisation and decentralisation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44B52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4E662D2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6A0155" w14:textId="77777777" w:rsidR="008E3BA7" w:rsidRDefault="008E3BA7"/>
        </w:tc>
      </w:tr>
      <w:tr w:rsidR="008E3BA7" w14:paraId="1ED51D69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CF1E95" w14:textId="77777777" w:rsidR="008E3BA7" w:rsidRDefault="0004422D">
            <w:r>
              <w:t>Unit Title:</w:t>
            </w:r>
          </w:p>
        </w:tc>
      </w:tr>
      <w:tr w:rsidR="008E3BA7" w14:paraId="66365F20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0D61278" w14:textId="77777777" w:rsidR="008E3BA7" w:rsidRDefault="0004422D">
            <w:r>
              <w:rPr>
                <w:b/>
              </w:rPr>
              <w:lastRenderedPageBreak/>
              <w:t>Recruitment and selection of employees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F8F70D1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Contract of employment, External recruitment, Full time, Internal recruitment, Job analysis, Job description, Job share, Part time, Person specification, Recruitment, Selection &amp; Zero hour contract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E7D91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7F448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74E9B2" w14:textId="77777777" w:rsidR="008E3BA7" w:rsidRDefault="008E3BA7"/>
        </w:tc>
      </w:tr>
      <w:tr w:rsidR="008E3BA7" w14:paraId="53544257" w14:textId="77777777">
        <w:trPr>
          <w:cantSplit/>
          <w:jc w:val="center"/>
        </w:trPr>
        <w:tc>
          <w:tcPr>
            <w:tcW w:w="1718" w:type="dxa"/>
            <w:vMerge/>
          </w:tcPr>
          <w:p w14:paraId="4EEC4C6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3CF0D3" w14:textId="77777777" w:rsidR="008E3BA7" w:rsidRDefault="0004422D">
            <w:r>
              <w:t>Why businesses need to recruit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EFB8D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925F40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5D09F7" w14:textId="77777777" w:rsidR="008E3BA7" w:rsidRDefault="008E3BA7"/>
        </w:tc>
      </w:tr>
      <w:tr w:rsidR="008E3BA7" w14:paraId="1BBF8CE7" w14:textId="77777777">
        <w:trPr>
          <w:cantSplit/>
          <w:jc w:val="center"/>
        </w:trPr>
        <w:tc>
          <w:tcPr>
            <w:tcW w:w="1718" w:type="dxa"/>
            <w:vMerge/>
          </w:tcPr>
          <w:p w14:paraId="6281D5F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F9BD05" w14:textId="77777777" w:rsidR="008E3BA7" w:rsidRDefault="0004422D">
            <w:r>
              <w:t>The difference between internal and external recruitment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D53850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DE4A8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DED5DE" w14:textId="77777777" w:rsidR="008E3BA7" w:rsidRDefault="008E3BA7"/>
        </w:tc>
      </w:tr>
      <w:tr w:rsidR="008E3BA7" w14:paraId="608F6719" w14:textId="77777777">
        <w:trPr>
          <w:cantSplit/>
          <w:jc w:val="center"/>
        </w:trPr>
        <w:tc>
          <w:tcPr>
            <w:tcW w:w="1718" w:type="dxa"/>
            <w:vMerge/>
          </w:tcPr>
          <w:p w14:paraId="1E8D38E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CDF973" w14:textId="77777777" w:rsidR="008E3BA7" w:rsidRDefault="0004422D">
            <w:r>
              <w:t>The benefits and drawbacks of internal and external recruitment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E7755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8D45C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BB8FFB" w14:textId="77777777" w:rsidR="008E3BA7" w:rsidRDefault="008E3BA7"/>
        </w:tc>
      </w:tr>
      <w:tr w:rsidR="008E3BA7" w14:paraId="31CFE70D" w14:textId="77777777">
        <w:trPr>
          <w:cantSplit/>
          <w:jc w:val="center"/>
        </w:trPr>
        <w:tc>
          <w:tcPr>
            <w:tcW w:w="1718" w:type="dxa"/>
            <w:vMerge/>
          </w:tcPr>
          <w:p w14:paraId="78731EE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7517D9" w14:textId="77777777" w:rsidR="008E3BA7" w:rsidRDefault="0004422D">
            <w:r>
              <w:t>The main stages in recruitment and selection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20C5F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573805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0D06EE" w14:textId="77777777" w:rsidR="008E3BA7" w:rsidRDefault="008E3BA7"/>
        </w:tc>
      </w:tr>
      <w:tr w:rsidR="008E3BA7" w14:paraId="0971B16A" w14:textId="77777777">
        <w:trPr>
          <w:cantSplit/>
          <w:jc w:val="center"/>
        </w:trPr>
        <w:tc>
          <w:tcPr>
            <w:tcW w:w="1718" w:type="dxa"/>
            <w:vMerge/>
          </w:tcPr>
          <w:p w14:paraId="0FDFAAA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A3773B" w14:textId="77777777" w:rsidR="008E3BA7" w:rsidRDefault="0004422D">
            <w:r>
              <w:t>The purpose of job analysis, job descriptions and person specifications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21D7BF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5E6E8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C367CB" w14:textId="77777777" w:rsidR="008E3BA7" w:rsidRDefault="008E3BA7"/>
        </w:tc>
      </w:tr>
      <w:tr w:rsidR="008E3BA7" w14:paraId="07396899" w14:textId="77777777">
        <w:trPr>
          <w:cantSplit/>
          <w:jc w:val="center"/>
        </w:trPr>
        <w:tc>
          <w:tcPr>
            <w:tcW w:w="1718" w:type="dxa"/>
            <w:vMerge/>
          </w:tcPr>
          <w:p w14:paraId="69AFDAB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A677D72" w14:textId="77777777" w:rsidR="008E3BA7" w:rsidRDefault="0004422D">
            <w:r>
              <w:t>The selection methods businesses can use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4450C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ADB143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1A377D8" w14:textId="77777777" w:rsidR="008E3BA7" w:rsidRDefault="008E3BA7"/>
        </w:tc>
      </w:tr>
      <w:tr w:rsidR="008E3BA7" w14:paraId="299324E0" w14:textId="77777777">
        <w:trPr>
          <w:cantSplit/>
          <w:jc w:val="center"/>
        </w:trPr>
        <w:tc>
          <w:tcPr>
            <w:tcW w:w="1718" w:type="dxa"/>
            <w:vMerge/>
          </w:tcPr>
          <w:p w14:paraId="406E61DD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AD4289" w14:textId="77777777" w:rsidR="008E3BA7" w:rsidRDefault="0004422D">
            <w:r>
              <w:t>The benefits of an effective recruitment and selection process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DE6726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927ED6D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CC5985" w14:textId="77777777" w:rsidR="008E3BA7" w:rsidRDefault="008E3BA7"/>
        </w:tc>
      </w:tr>
      <w:tr w:rsidR="008E3BA7" w14:paraId="3C491AF4" w14:textId="77777777">
        <w:trPr>
          <w:cantSplit/>
          <w:jc w:val="center"/>
        </w:trPr>
        <w:tc>
          <w:tcPr>
            <w:tcW w:w="1718" w:type="dxa"/>
            <w:vMerge/>
          </w:tcPr>
          <w:p w14:paraId="0CFA6BE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099404" w14:textId="77777777" w:rsidR="008E3BA7" w:rsidRDefault="0004422D">
            <w:r>
              <w:t>The differences between full-time, part-time, job share and zero-hour contracts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80524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E0DB6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E4F1E44" w14:textId="77777777" w:rsidR="008E3BA7" w:rsidRDefault="008E3BA7"/>
        </w:tc>
      </w:tr>
      <w:tr w:rsidR="008E3BA7" w14:paraId="7A56E850" w14:textId="77777777">
        <w:trPr>
          <w:cantSplit/>
          <w:jc w:val="center"/>
        </w:trPr>
        <w:tc>
          <w:tcPr>
            <w:tcW w:w="1718" w:type="dxa"/>
            <w:vMerge/>
          </w:tcPr>
          <w:p w14:paraId="5B9BCD0B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3160700" w14:textId="77777777" w:rsidR="008E3BA7" w:rsidRDefault="0004422D">
            <w:r>
              <w:t>The benefits of full-time and part-time employment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F1742F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A71183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BB952F" w14:textId="77777777" w:rsidR="008E3BA7" w:rsidRDefault="008E3BA7"/>
        </w:tc>
      </w:tr>
      <w:tr w:rsidR="008E3BA7" w14:paraId="787690DC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1B46C3" w14:textId="77777777" w:rsidR="008E3BA7" w:rsidRDefault="0004422D">
            <w:r>
              <w:t>Unit Title:</w:t>
            </w:r>
          </w:p>
        </w:tc>
      </w:tr>
      <w:tr w:rsidR="008E3BA7" w14:paraId="662E8527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A04905" w14:textId="77777777" w:rsidR="008E3BA7" w:rsidRDefault="0004422D">
            <w:r>
              <w:rPr>
                <w:b/>
              </w:rPr>
              <w:t>Motivating employees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1E43D2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  <w:t>Commission, Fringe benefits, Motivation, Profit sharing, Responsibility, Salary, Wage &amp; Management style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1CA4A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E4B06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50E359" w14:textId="77777777" w:rsidR="008E3BA7" w:rsidRDefault="008E3BA7"/>
        </w:tc>
      </w:tr>
      <w:tr w:rsidR="008E3BA7" w14:paraId="3144556C" w14:textId="77777777">
        <w:trPr>
          <w:cantSplit/>
          <w:jc w:val="center"/>
        </w:trPr>
        <w:tc>
          <w:tcPr>
            <w:tcW w:w="1718" w:type="dxa"/>
            <w:vMerge/>
          </w:tcPr>
          <w:p w14:paraId="21B70F5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D58010" w14:textId="77777777" w:rsidR="008E3BA7" w:rsidRDefault="0004422D">
            <w:r>
              <w:t>The importance and benefits of a motivated workforce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9EA367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EF8C1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DE6138" w14:textId="77777777" w:rsidR="008E3BA7" w:rsidRDefault="008E3BA7"/>
        </w:tc>
      </w:tr>
      <w:tr w:rsidR="008E3BA7" w14:paraId="4229F1FD" w14:textId="77777777">
        <w:trPr>
          <w:cantSplit/>
          <w:jc w:val="center"/>
        </w:trPr>
        <w:tc>
          <w:tcPr>
            <w:tcW w:w="1718" w:type="dxa"/>
            <w:vMerge/>
          </w:tcPr>
          <w:p w14:paraId="258DCCE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BFB7EE2" w14:textId="77777777" w:rsidR="008E3BA7" w:rsidRDefault="0004422D">
            <w:r>
              <w:t>How motivation can improve staff retention and productivity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A3F755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84C71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D6CAAB" w14:textId="77777777" w:rsidR="008E3BA7" w:rsidRDefault="008E3BA7"/>
        </w:tc>
      </w:tr>
      <w:tr w:rsidR="008E3BA7" w14:paraId="4D46F08D" w14:textId="77777777">
        <w:trPr>
          <w:cantSplit/>
          <w:jc w:val="center"/>
        </w:trPr>
        <w:tc>
          <w:tcPr>
            <w:tcW w:w="1718" w:type="dxa"/>
            <w:vMerge/>
          </w:tcPr>
          <w:p w14:paraId="5E355804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7E7AE1" w14:textId="77777777" w:rsidR="008E3BA7" w:rsidRDefault="0004422D">
            <w:r>
              <w:t>Financial methods of motivation: salary, wage, commission and profit sharing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23CD30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2783305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84A1650" w14:textId="77777777" w:rsidR="008E3BA7" w:rsidRDefault="008E3BA7"/>
        </w:tc>
      </w:tr>
      <w:tr w:rsidR="008E3BA7" w14:paraId="5DA57BDF" w14:textId="77777777">
        <w:trPr>
          <w:cantSplit/>
          <w:jc w:val="center"/>
        </w:trPr>
        <w:tc>
          <w:tcPr>
            <w:tcW w:w="1718" w:type="dxa"/>
            <w:vMerge/>
          </w:tcPr>
          <w:p w14:paraId="358723D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C77E2E7" w14:textId="77777777" w:rsidR="008E3BA7" w:rsidRDefault="0004422D">
            <w:r>
              <w:t>Non-financial methods of motivation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4876EF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077F72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B12357" w14:textId="77777777" w:rsidR="008E3BA7" w:rsidRDefault="008E3BA7"/>
        </w:tc>
      </w:tr>
      <w:tr w:rsidR="008E3BA7" w14:paraId="4AA65E3B" w14:textId="77777777">
        <w:trPr>
          <w:cantSplit/>
          <w:jc w:val="center"/>
        </w:trPr>
        <w:tc>
          <w:tcPr>
            <w:tcW w:w="1718" w:type="dxa"/>
            <w:vMerge/>
          </w:tcPr>
          <w:p w14:paraId="308E0DDA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B636FD" w14:textId="77777777" w:rsidR="008E3BA7" w:rsidRDefault="0004422D">
            <w:r>
              <w:t>How management style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687D1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C940537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59906CB" w14:textId="77777777" w:rsidR="008E3BA7" w:rsidRDefault="008E3BA7"/>
        </w:tc>
      </w:tr>
      <w:tr w:rsidR="008E3BA7" w14:paraId="42D805B1" w14:textId="77777777">
        <w:trPr>
          <w:cantSplit/>
          <w:jc w:val="center"/>
        </w:trPr>
        <w:tc>
          <w:tcPr>
            <w:tcW w:w="1718" w:type="dxa"/>
            <w:vMerge/>
          </w:tcPr>
          <w:p w14:paraId="6B79D805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6128CF" w14:textId="77777777" w:rsidR="008E3BA7" w:rsidRDefault="0004422D">
            <w:r>
              <w:t>How training and greater responsibility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6763BD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6A41FE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72A2B0" w14:textId="77777777" w:rsidR="008E3BA7" w:rsidRDefault="008E3BA7"/>
        </w:tc>
      </w:tr>
      <w:tr w:rsidR="008E3BA7" w14:paraId="3F2A1608" w14:textId="77777777">
        <w:trPr>
          <w:cantSplit/>
          <w:jc w:val="center"/>
        </w:trPr>
        <w:tc>
          <w:tcPr>
            <w:tcW w:w="1718" w:type="dxa"/>
            <w:vMerge/>
          </w:tcPr>
          <w:p w14:paraId="745F2346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0D93BAE" w14:textId="77777777" w:rsidR="008E3BA7" w:rsidRDefault="0004422D">
            <w:r>
              <w:t>How fringe benefits can motivate employees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D33072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F63BAA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5BBB38" w14:textId="77777777" w:rsidR="008E3BA7" w:rsidRDefault="008E3BA7"/>
        </w:tc>
      </w:tr>
      <w:tr w:rsidR="008E3BA7" w14:paraId="1760E990" w14:textId="77777777">
        <w:trPr>
          <w:cantSplit/>
          <w:jc w:val="center"/>
        </w:trPr>
        <w:tc>
          <w:tcPr>
            <w:tcW w:w="10479" w:type="dxa"/>
            <w:gridSpan w:val="5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9BFDB5" w14:textId="77777777" w:rsidR="008E3BA7" w:rsidRDefault="0004422D">
            <w:r>
              <w:t>Unit Title:</w:t>
            </w:r>
          </w:p>
        </w:tc>
      </w:tr>
      <w:tr w:rsidR="008E3BA7" w14:paraId="427F17EF" w14:textId="77777777">
        <w:trPr>
          <w:cantSplit/>
          <w:jc w:val="center"/>
        </w:trPr>
        <w:tc>
          <w:tcPr>
            <w:tcW w:w="1718" w:type="dxa"/>
            <w:vMerge w:val="restart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BED06DC" w14:textId="77777777" w:rsidR="008E3BA7" w:rsidRDefault="0004422D">
            <w:r>
              <w:rPr>
                <w:b/>
              </w:rPr>
              <w:t>Training</w:t>
            </w:r>
          </w:p>
        </w:tc>
        <w:tc>
          <w:tcPr>
            <w:tcW w:w="6071" w:type="dxa"/>
            <w:shd w:val="clear" w:color="auto" w:fill="D9D9D9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2D260C" w14:textId="77777777" w:rsidR="008E3BA7" w:rsidRDefault="0004422D">
            <w:r>
              <w:rPr>
                <w:b/>
              </w:rPr>
              <w:t>Key Terms:</w:t>
            </w:r>
            <w:r>
              <w:rPr>
                <w:b/>
              </w:rPr>
              <w:br/>
            </w:r>
            <w:r>
              <w:rPr>
                <w:b/>
              </w:rPr>
              <w:t>Induction, Motivation, Off-the-job training, On-the-job training, Productivity, Quality, Staff retention &amp;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198B94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0C71D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D787DCD" w14:textId="77777777" w:rsidR="008E3BA7" w:rsidRDefault="008E3BA7"/>
        </w:tc>
      </w:tr>
      <w:tr w:rsidR="008E3BA7" w14:paraId="1857910B" w14:textId="77777777">
        <w:trPr>
          <w:cantSplit/>
          <w:jc w:val="center"/>
        </w:trPr>
        <w:tc>
          <w:tcPr>
            <w:tcW w:w="1718" w:type="dxa"/>
            <w:vMerge/>
          </w:tcPr>
          <w:p w14:paraId="20C60C69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D6D0CA" w14:textId="77777777" w:rsidR="008E3BA7" w:rsidRDefault="0004422D">
            <w:r>
              <w:t>The importance of training the workforce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14BB83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A6A5A2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120BB2" w14:textId="77777777" w:rsidR="008E3BA7" w:rsidRDefault="008E3BA7"/>
        </w:tc>
      </w:tr>
      <w:tr w:rsidR="008E3BA7" w14:paraId="5EA4C9D5" w14:textId="77777777">
        <w:trPr>
          <w:cantSplit/>
          <w:jc w:val="center"/>
        </w:trPr>
        <w:tc>
          <w:tcPr>
            <w:tcW w:w="1718" w:type="dxa"/>
            <w:vMerge/>
          </w:tcPr>
          <w:p w14:paraId="7264239E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B74F53" w14:textId="77777777" w:rsidR="008E3BA7" w:rsidRDefault="0004422D">
            <w:r>
              <w:t>How training can increase productivity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6ADE6C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E3A2B6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E5F2EA" w14:textId="77777777" w:rsidR="008E3BA7" w:rsidRDefault="008E3BA7"/>
        </w:tc>
      </w:tr>
      <w:tr w:rsidR="008E3BA7" w14:paraId="31476B23" w14:textId="77777777">
        <w:trPr>
          <w:cantSplit/>
          <w:jc w:val="center"/>
        </w:trPr>
        <w:tc>
          <w:tcPr>
            <w:tcW w:w="1718" w:type="dxa"/>
            <w:vMerge/>
          </w:tcPr>
          <w:p w14:paraId="72DFCD83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DC1254" w14:textId="77777777" w:rsidR="008E3BA7" w:rsidRDefault="0004422D">
            <w:r>
              <w:t>How training can help employees deal with changes in technology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BB7DE2F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D3775B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96C670" w14:textId="77777777" w:rsidR="008E3BA7" w:rsidRDefault="008E3BA7"/>
        </w:tc>
      </w:tr>
      <w:tr w:rsidR="008E3BA7" w14:paraId="61EE485A" w14:textId="77777777">
        <w:trPr>
          <w:cantSplit/>
          <w:jc w:val="center"/>
        </w:trPr>
        <w:tc>
          <w:tcPr>
            <w:tcW w:w="1718" w:type="dxa"/>
            <w:vMerge/>
          </w:tcPr>
          <w:p w14:paraId="1BE5FD4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1314A6D" w14:textId="77777777" w:rsidR="008E3BA7" w:rsidRDefault="0004422D">
            <w:r>
              <w:t>How training can increase motivation and staff retention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01310F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7C3D0C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E2D7BAB" w14:textId="77777777" w:rsidR="008E3BA7" w:rsidRDefault="008E3BA7"/>
        </w:tc>
      </w:tr>
      <w:tr w:rsidR="008E3BA7" w14:paraId="10EDEEE1" w14:textId="77777777">
        <w:trPr>
          <w:cantSplit/>
          <w:jc w:val="center"/>
        </w:trPr>
        <w:tc>
          <w:tcPr>
            <w:tcW w:w="1718" w:type="dxa"/>
            <w:vMerge/>
          </w:tcPr>
          <w:p w14:paraId="0D5AA101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DF63F3" w14:textId="77777777" w:rsidR="008E3BA7" w:rsidRDefault="0004422D">
            <w:r>
              <w:t>How training can improve quality and customer service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D0A5125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D7D98C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6C1B949" w14:textId="77777777" w:rsidR="008E3BA7" w:rsidRDefault="008E3BA7"/>
        </w:tc>
      </w:tr>
      <w:tr w:rsidR="008E3BA7" w14:paraId="6782963F" w14:textId="77777777">
        <w:trPr>
          <w:cantSplit/>
          <w:jc w:val="center"/>
        </w:trPr>
        <w:tc>
          <w:tcPr>
            <w:tcW w:w="1718" w:type="dxa"/>
            <w:vMerge/>
          </w:tcPr>
          <w:p w14:paraId="12F1DA8C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359F829" w14:textId="77777777" w:rsidR="008E3BA7" w:rsidRDefault="0004422D">
            <w:r>
              <w:t>The purpose and benefits of induction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922BCB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BA6B7A1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5DF6DC3" w14:textId="77777777" w:rsidR="008E3BA7" w:rsidRDefault="008E3BA7"/>
        </w:tc>
      </w:tr>
      <w:tr w:rsidR="008E3BA7" w14:paraId="4B4D5FEF" w14:textId="77777777">
        <w:trPr>
          <w:cantSplit/>
          <w:jc w:val="center"/>
        </w:trPr>
        <w:tc>
          <w:tcPr>
            <w:tcW w:w="1718" w:type="dxa"/>
            <w:vMerge/>
          </w:tcPr>
          <w:p w14:paraId="17CAE8D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5481C3" w14:textId="77777777" w:rsidR="008E3BA7" w:rsidRDefault="0004422D">
            <w:r>
              <w:t>The benefits and drawbacks of on-the-job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B02EC0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24DE38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36DEDED" w14:textId="77777777" w:rsidR="008E3BA7" w:rsidRDefault="008E3BA7"/>
        </w:tc>
      </w:tr>
      <w:tr w:rsidR="008E3BA7" w14:paraId="6E6CD6AB" w14:textId="77777777">
        <w:trPr>
          <w:cantSplit/>
          <w:jc w:val="center"/>
        </w:trPr>
        <w:tc>
          <w:tcPr>
            <w:tcW w:w="1718" w:type="dxa"/>
            <w:vMerge/>
          </w:tcPr>
          <w:p w14:paraId="72662E8F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51522E0" w14:textId="77777777" w:rsidR="008E3BA7" w:rsidRDefault="0004422D">
            <w:r>
              <w:t>The benefits and drawbacks of off-the-job training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E7E031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8907219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875E8B2" w14:textId="77777777" w:rsidR="008E3BA7" w:rsidRDefault="008E3BA7"/>
        </w:tc>
      </w:tr>
      <w:tr w:rsidR="008E3BA7" w14:paraId="5FB7AB0C" w14:textId="77777777">
        <w:trPr>
          <w:cantSplit/>
          <w:jc w:val="center"/>
        </w:trPr>
        <w:tc>
          <w:tcPr>
            <w:tcW w:w="1718" w:type="dxa"/>
            <w:vMerge/>
          </w:tcPr>
          <w:p w14:paraId="60744E70" w14:textId="77777777" w:rsidR="008E3BA7" w:rsidRDefault="008E3BA7"/>
        </w:tc>
        <w:tc>
          <w:tcPr>
            <w:tcW w:w="6071" w:type="dxa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F20350" w14:textId="77777777" w:rsidR="008E3BA7" w:rsidRDefault="0004422D">
            <w:r>
              <w:t>How to evaluate the most appropriate training method for different businesses</w:t>
            </w:r>
          </w:p>
        </w:tc>
        <w:tc>
          <w:tcPr>
            <w:tcW w:w="991" w:type="dxa"/>
            <w:shd w:val="clear" w:color="auto" w:fill="FF0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61218" w14:textId="77777777" w:rsidR="008E3BA7" w:rsidRDefault="008E3BA7"/>
        </w:tc>
        <w:tc>
          <w:tcPr>
            <w:tcW w:w="849" w:type="dxa"/>
            <w:shd w:val="clear" w:color="auto" w:fill="FFC00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7A0EA1F" w14:textId="77777777" w:rsidR="008E3BA7" w:rsidRDefault="008E3BA7"/>
        </w:tc>
        <w:tc>
          <w:tcPr>
            <w:tcW w:w="850" w:type="dxa"/>
            <w:shd w:val="clear" w:color="auto" w:fill="00B050"/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42AB6F" w14:textId="77777777" w:rsidR="008E3BA7" w:rsidRDefault="008E3BA7"/>
        </w:tc>
      </w:tr>
    </w:tbl>
    <w:p w14:paraId="2429D097" w14:textId="77777777" w:rsidR="0004422D" w:rsidRDefault="0004422D"/>
    <w:sectPr w:rsidR="0004422D" w:rsidSect="00034616">
      <w:pgSz w:w="11905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8672687">
    <w:abstractNumId w:val="8"/>
  </w:num>
  <w:num w:numId="2" w16cid:durableId="1075056706">
    <w:abstractNumId w:val="6"/>
  </w:num>
  <w:num w:numId="3" w16cid:durableId="1160195759">
    <w:abstractNumId w:val="5"/>
  </w:num>
  <w:num w:numId="4" w16cid:durableId="1630160073">
    <w:abstractNumId w:val="4"/>
  </w:num>
  <w:num w:numId="5" w16cid:durableId="1292902252">
    <w:abstractNumId w:val="7"/>
  </w:num>
  <w:num w:numId="6" w16cid:durableId="1316685948">
    <w:abstractNumId w:val="3"/>
  </w:num>
  <w:num w:numId="7" w16cid:durableId="2133210208">
    <w:abstractNumId w:val="2"/>
  </w:num>
  <w:num w:numId="8" w16cid:durableId="8409731">
    <w:abstractNumId w:val="1"/>
  </w:num>
  <w:num w:numId="9" w16cid:durableId="70484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22D"/>
    <w:rsid w:val="0006063C"/>
    <w:rsid w:val="0015074B"/>
    <w:rsid w:val="0029639D"/>
    <w:rsid w:val="00326F90"/>
    <w:rsid w:val="004A7CB0"/>
    <w:rsid w:val="008E3BA7"/>
    <w:rsid w:val="00AA1D8D"/>
    <w:rsid w:val="00B47730"/>
    <w:rsid w:val="00CB0664"/>
    <w:rsid w:val="00EF3E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8924A"/>
  <w14:defaultImageDpi w14:val="300"/>
  <w15:docId w15:val="{A4A9679D-4D56-4F05-B7DB-E6EF55AD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A2818C-6D8F-4265-A5C8-9497188135ED}"/>
</file>

<file path=customXml/itemProps3.xml><?xml version="1.0" encoding="utf-8"?>
<ds:datastoreItem xmlns:ds="http://schemas.openxmlformats.org/officeDocument/2006/customXml" ds:itemID="{123F84A2-12AA-486B-9D3D-5721330A12A2}"/>
</file>

<file path=customXml/itemProps4.xml><?xml version="1.0" encoding="utf-8"?>
<ds:datastoreItem xmlns:ds="http://schemas.openxmlformats.org/officeDocument/2006/customXml" ds:itemID="{8FC91A30-226B-4E9B-ABF5-3334ADFA07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 Emanuel</cp:lastModifiedBy>
  <cp:revision>2</cp:revision>
  <dcterms:created xsi:type="dcterms:W3CDTF">2013-12-23T23:15:00Z</dcterms:created>
  <dcterms:modified xsi:type="dcterms:W3CDTF">2026-09-16T12:56:00Z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Exam Board">
    <vt:lpwstr/>
  </property>
</Properties>
</file>